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0D6E1" w14:textId="77777777" w:rsidR="00331496" w:rsidRDefault="00000000">
      <w:pPr>
        <w:spacing w:after="0" w:line="240" w:lineRule="auto"/>
        <w:jc w:val="center"/>
      </w:pPr>
      <w:r>
        <w:rPr>
          <w:rFonts w:eastAsia="Times New Roman"/>
          <w:b/>
          <w:sz w:val="16"/>
        </w:rPr>
        <w:t>KIRIKKALE ÜNİVERSİTESİ</w:t>
      </w:r>
    </w:p>
    <w:p w14:paraId="77A04B27" w14:textId="77777777" w:rsidR="00331496" w:rsidRDefault="00000000">
      <w:pPr>
        <w:spacing w:after="0" w:line="240" w:lineRule="auto"/>
        <w:jc w:val="center"/>
      </w:pPr>
      <w:r>
        <w:rPr>
          <w:rFonts w:eastAsia="Times New Roman"/>
          <w:b/>
          <w:sz w:val="16"/>
        </w:rPr>
        <w:t>SOSYAL BİLİMLER ENSTİTÜSÜ</w:t>
      </w:r>
    </w:p>
    <w:p w14:paraId="5B701A11" w14:textId="77777777" w:rsidR="00331496" w:rsidRDefault="00000000">
      <w:pPr>
        <w:spacing w:after="60" w:line="240" w:lineRule="auto"/>
        <w:jc w:val="center"/>
      </w:pPr>
      <w:r>
        <w:rPr>
          <w:rFonts w:eastAsia="Times New Roman"/>
          <w:b/>
          <w:sz w:val="15"/>
        </w:rPr>
        <w:t>2026-2027 GÜZ DÖNEMİ MÜTERCİM-TERCÜMANLIK (İNGİLİZCE) ANA BİLİM DALI LİSANSÜSTÜ DERS İZLENCESİ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878"/>
        <w:gridCol w:w="878"/>
        <w:gridCol w:w="975"/>
        <w:gridCol w:w="975"/>
        <w:gridCol w:w="975"/>
        <w:gridCol w:w="975"/>
        <w:gridCol w:w="975"/>
        <w:gridCol w:w="997"/>
        <w:gridCol w:w="992"/>
        <w:gridCol w:w="936"/>
      </w:tblGrid>
      <w:tr w:rsidR="00331496" w14:paraId="64A798C1" w14:textId="77777777" w:rsidTr="00580AEE">
        <w:trPr>
          <w:cantSplit/>
          <w:trHeight w:hRule="exact" w:val="261"/>
          <w:jc w:val="center"/>
        </w:trPr>
        <w:tc>
          <w:tcPr>
            <w:tcW w:w="8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6A4E49A" w14:textId="77777777" w:rsidR="00331496" w:rsidRDefault="00000000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Gün</w:t>
            </w:r>
            <w:proofErr w:type="spellEnd"/>
          </w:p>
        </w:tc>
        <w:tc>
          <w:tcPr>
            <w:tcW w:w="17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EE2CD66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Lisansüstü Ders İsimleri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DEE99CC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08.00-08.45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58EF57C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09.00-09.45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86C6FBC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10.00-10.45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3076966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11.00-11.45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E632952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13.00-14.45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D3522A0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14.00-14.45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A7E4D70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15.00-15.45</w:t>
            </w:r>
          </w:p>
        </w:tc>
        <w:tc>
          <w:tcPr>
            <w:tcW w:w="936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A6D7829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1"/>
              </w:rPr>
              <w:t>16.00-16.45</w:t>
            </w:r>
          </w:p>
        </w:tc>
      </w:tr>
      <w:tr w:rsidR="00580AEE" w14:paraId="00B51F50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7D4EA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C9C187B" w14:textId="77777777" w:rsidR="00580AEE" w:rsidRDefault="00580AEE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Pazartesi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textDirection w:val="btLr"/>
            <w:vAlign w:val="center"/>
          </w:tcPr>
          <w:p w14:paraId="5B63DD88" w14:textId="77777777" w:rsidR="00580AEE" w:rsidRDefault="00580AEE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DERS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13682C0" w14:textId="77777777" w:rsidR="00580AEE" w:rsidRDefault="00580AEE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YL</w:t>
            </w:r>
          </w:p>
        </w:tc>
        <w:tc>
          <w:tcPr>
            <w:tcW w:w="19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342B925" w14:textId="77777777" w:rsidR="00580AEE" w:rsidRDefault="00580AEE">
            <w:pPr>
              <w:spacing w:after="0" w:line="216" w:lineRule="auto"/>
              <w:jc w:val="center"/>
            </w:pPr>
            <w:r>
              <w:rPr>
                <w:rFonts w:eastAsia="Times New Roman"/>
                <w:sz w:val="10"/>
              </w:rPr>
              <w:t>MTİ8001</w:t>
            </w:r>
            <w:r>
              <w:br/>
            </w:r>
            <w:r>
              <w:rPr>
                <w:rFonts w:eastAsia="Times New Roman"/>
                <w:sz w:val="10"/>
              </w:rPr>
              <w:t>Seminer</w:t>
            </w:r>
            <w:r>
              <w:br/>
            </w:r>
            <w:r>
              <w:rPr>
                <w:rFonts w:eastAsia="Times New Roman"/>
                <w:sz w:val="10"/>
              </w:rPr>
              <w:t>Dr. Öğr. Üyesi Nejla GEZMİŞ</w:t>
            </w:r>
            <w:r>
              <w:br/>
            </w:r>
            <w:r>
              <w:rPr>
                <w:rFonts w:eastAsia="Times New Roman"/>
                <w:sz w:val="10"/>
              </w:rPr>
              <w:t>Yer: ODA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71C59F86" w14:textId="77777777" w:rsidR="00580AEE" w:rsidRDefault="00580AEE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4585C4C6" w14:textId="77777777" w:rsidR="00580AEE" w:rsidRDefault="00580AEE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CE4D6"/>
          </w:tcPr>
          <w:p w14:paraId="37DACBC1" w14:textId="77777777" w:rsidR="00580AEE" w:rsidRDefault="00580AEE"/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4ACD1A8" w14:textId="77777777" w:rsidR="00580AEE" w:rsidRDefault="00580AEE">
            <w:pPr>
              <w:spacing w:after="0" w:line="216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093D1B81" w14:textId="248385B2" w:rsidR="00580AEE" w:rsidRDefault="00580AEE">
            <w:pPr>
              <w:spacing w:after="0" w:line="216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5FC76D33" w14:textId="05437DC8" w:rsidR="00580AEE" w:rsidRDefault="00580AEE">
            <w:pPr>
              <w:spacing w:after="0" w:line="216" w:lineRule="auto"/>
              <w:jc w:val="center"/>
            </w:pPr>
          </w:p>
        </w:tc>
      </w:tr>
      <w:tr w:rsidR="00331496" w14:paraId="082CC4B3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EF51D" w14:textId="77777777" w:rsidR="00331496" w:rsidRDefault="00331496"/>
        </w:tc>
        <w:tc>
          <w:tcPr>
            <w:tcW w:w="8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E2418" w14:textId="77777777" w:rsidR="00331496" w:rsidRDefault="00331496"/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C0B6164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DR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BA42DC4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47C9C62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B882FD2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29F6B6D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8E8E9CD" w14:textId="77777777" w:rsidR="00331496" w:rsidRDefault="00331496"/>
        </w:tc>
        <w:tc>
          <w:tcPr>
            <w:tcW w:w="9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A5E0F99" w14:textId="77777777" w:rsidR="00331496" w:rsidRDefault="00331496"/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5894E47" w14:textId="77777777" w:rsidR="00331496" w:rsidRDefault="00331496"/>
        </w:tc>
        <w:tc>
          <w:tcPr>
            <w:tcW w:w="9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E2F3"/>
          </w:tcPr>
          <w:p w14:paraId="6F8CD0A2" w14:textId="77777777" w:rsidR="00331496" w:rsidRDefault="00331496"/>
        </w:tc>
      </w:tr>
      <w:tr w:rsidR="00331496" w:rsidRPr="00580AEE" w14:paraId="3EE10621" w14:textId="77777777">
        <w:trPr>
          <w:cantSplit/>
          <w:trHeight w:hRule="exact" w:val="329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2C598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BE32566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7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41E70FB" w14:textId="77777777" w:rsidR="00331496" w:rsidRPr="00580AEE" w:rsidRDefault="00000000">
            <w:pPr>
              <w:spacing w:after="0" w:line="216" w:lineRule="auto"/>
              <w:jc w:val="center"/>
              <w:rPr>
                <w:lang w:val="de-DE"/>
              </w:rPr>
            </w:pP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Öğretim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: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Doç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>. Dr. Elif TOKDEMİR DEMİREL</w:t>
            </w:r>
            <w:r w:rsidRPr="00580AEE">
              <w:rPr>
                <w:lang w:val="de-DE"/>
              </w:rPr>
              <w:br/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Yer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>: ODA</w:t>
            </w:r>
          </w:p>
        </w:tc>
      </w:tr>
      <w:tr w:rsidR="00331496" w:rsidRPr="00580AEE" w14:paraId="7FB536CE" w14:textId="77777777" w:rsidTr="00580AEE">
        <w:trPr>
          <w:cantSplit/>
          <w:trHeight w:hRule="exact" w:val="272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FBA0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F260896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2425B4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C7419C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2CC1A2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0D3406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91B1A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594DF3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104DE6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B895CAE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331496" w14:paraId="47FE4426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7D4EA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604747F" w14:textId="77777777" w:rsidR="00331496" w:rsidRDefault="00000000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Salı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textDirection w:val="btLr"/>
            <w:vAlign w:val="center"/>
          </w:tcPr>
          <w:p w14:paraId="53F6091F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DERS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0C8D410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YL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537C2F92" w14:textId="77777777" w:rsidR="00331496" w:rsidRDefault="00331496"/>
        </w:tc>
        <w:tc>
          <w:tcPr>
            <w:tcW w:w="292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E39D1FF" w14:textId="77777777" w:rsidR="00331496" w:rsidRPr="00580AEE" w:rsidRDefault="00000000">
            <w:pPr>
              <w:spacing w:after="0" w:line="216" w:lineRule="auto"/>
              <w:jc w:val="center"/>
              <w:rPr>
                <w:lang w:val="de-DE"/>
              </w:rPr>
            </w:pPr>
            <w:r w:rsidRPr="00580AEE">
              <w:rPr>
                <w:rFonts w:eastAsia="Times New Roman"/>
                <w:sz w:val="10"/>
                <w:lang w:val="de-DE"/>
              </w:rPr>
              <w:t>MTİ8008</w:t>
            </w:r>
            <w:r w:rsidRPr="00580AEE">
              <w:rPr>
                <w:lang w:val="de-DE"/>
              </w:rPr>
              <w:br/>
            </w:r>
            <w:r w:rsidRPr="00580AEE">
              <w:rPr>
                <w:rFonts w:eastAsia="Times New Roman"/>
                <w:sz w:val="10"/>
                <w:lang w:val="de-DE"/>
              </w:rPr>
              <w:t xml:space="preserve">AB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Metinleri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Çevirisi</w:t>
            </w:r>
            <w:proofErr w:type="spellEnd"/>
            <w:r w:rsidRPr="00580AEE">
              <w:rPr>
                <w:lang w:val="de-DE"/>
              </w:rPr>
              <w:br/>
            </w:r>
            <w:r w:rsidRPr="00580AEE">
              <w:rPr>
                <w:rFonts w:eastAsia="Times New Roman"/>
                <w:sz w:val="10"/>
                <w:lang w:val="de-DE"/>
              </w:rPr>
              <w:t xml:space="preserve">Dr.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Nejla GEZMİŞ</w:t>
            </w:r>
            <w:r w:rsidRPr="00580AEE">
              <w:rPr>
                <w:lang w:val="de-DE"/>
              </w:rPr>
              <w:br/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Yer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>: ODA</w:t>
            </w:r>
          </w:p>
        </w:tc>
        <w:tc>
          <w:tcPr>
            <w:tcW w:w="296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B3A1B4B" w14:textId="77777777" w:rsidR="00331496" w:rsidRDefault="00000000">
            <w:pPr>
              <w:spacing w:after="0" w:line="216" w:lineRule="auto"/>
              <w:jc w:val="center"/>
            </w:pPr>
            <w:r w:rsidRPr="00580AEE">
              <w:rPr>
                <w:rFonts w:eastAsia="Times New Roman"/>
                <w:sz w:val="10"/>
                <w:lang w:val="de-DE"/>
              </w:rPr>
              <w:t>SBE001</w:t>
            </w:r>
            <w:r w:rsidRPr="00580AEE">
              <w:rPr>
                <w:lang w:val="de-DE"/>
              </w:rPr>
              <w:br/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Bilimsel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Araştırma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ve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Yayın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Etiği</w:t>
            </w:r>
            <w:proofErr w:type="spellEnd"/>
            <w:r w:rsidRPr="00580AEE">
              <w:rPr>
                <w:lang w:val="de-DE"/>
              </w:rPr>
              <w:br/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Doç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r>
              <w:rPr>
                <w:rFonts w:eastAsia="Times New Roman"/>
                <w:sz w:val="10"/>
              </w:rPr>
              <w:t>Dr. Elif TOKDEMİR DEMİREL</w:t>
            </w:r>
            <w:r>
              <w:br/>
            </w:r>
            <w:r>
              <w:rPr>
                <w:rFonts w:eastAsia="Times New Roman"/>
                <w:sz w:val="10"/>
              </w:rPr>
              <w:t>Yer: ODA</w:t>
            </w:r>
          </w:p>
        </w:tc>
        <w:tc>
          <w:tcPr>
            <w:tcW w:w="9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CE4D6"/>
          </w:tcPr>
          <w:p w14:paraId="2F360F86" w14:textId="77777777" w:rsidR="00331496" w:rsidRDefault="00331496"/>
        </w:tc>
      </w:tr>
      <w:tr w:rsidR="00331496" w14:paraId="05254687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92FB0" w14:textId="77777777" w:rsidR="00331496" w:rsidRDefault="00331496"/>
        </w:tc>
        <w:tc>
          <w:tcPr>
            <w:tcW w:w="8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2A29" w14:textId="77777777" w:rsidR="00331496" w:rsidRDefault="00331496"/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A193BB8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DR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514B224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602B1F6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071DFE8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BA78596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4BC9377" w14:textId="77777777" w:rsidR="00331496" w:rsidRDefault="00331496"/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171EE65" w14:textId="77777777" w:rsidR="00331496" w:rsidRDefault="00331496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AD376B1" w14:textId="77777777" w:rsidR="00331496" w:rsidRDefault="00331496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E2F3"/>
          </w:tcPr>
          <w:p w14:paraId="3D7D25F0" w14:textId="77777777" w:rsidR="00331496" w:rsidRDefault="00331496"/>
        </w:tc>
      </w:tr>
      <w:tr w:rsidR="00331496" w:rsidRPr="00580AEE" w14:paraId="19CE9C0A" w14:textId="77777777" w:rsidTr="00580AEE">
        <w:trPr>
          <w:cantSplit/>
          <w:trHeight w:hRule="exact" w:val="329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5076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08E60D0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C9E9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2988E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602C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D30A1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F769D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6550E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C2D7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F49A42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331496" w:rsidRPr="00580AEE" w14:paraId="7EAB30FA" w14:textId="77777777" w:rsidTr="00580AEE">
        <w:trPr>
          <w:cantSplit/>
          <w:trHeight w:hRule="exact" w:val="272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4D8BE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A3BB1D6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223D27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90D5E9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6B3631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0ADB0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8184A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CB67E4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5D7283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1FEFFE2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580AEE" w14:paraId="49F8D956" w14:textId="77777777" w:rsidTr="00580AEE">
        <w:trPr>
          <w:cantSplit/>
          <w:trHeight w:hRule="exact" w:val="579"/>
          <w:jc w:val="center"/>
        </w:trPr>
        <w:tc>
          <w:tcPr>
            <w:tcW w:w="8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7D4EA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882E9A6" w14:textId="77777777" w:rsidR="00580AEE" w:rsidRDefault="00580AEE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Çarşamba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textDirection w:val="btLr"/>
            <w:vAlign w:val="center"/>
          </w:tcPr>
          <w:p w14:paraId="214A3E7A" w14:textId="77777777" w:rsidR="00580AEE" w:rsidRDefault="00580AEE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DERS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84B9880" w14:textId="77777777" w:rsidR="00580AEE" w:rsidRDefault="00580AEE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YL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47263998" w14:textId="77777777" w:rsidR="00580AEE" w:rsidRDefault="00580AEE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207C66EB" w14:textId="77777777" w:rsidR="00580AEE" w:rsidRDefault="00580AEE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5F851205" w14:textId="77777777" w:rsidR="00580AEE" w:rsidRDefault="00580AEE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0F11430E" w14:textId="77777777" w:rsidR="00580AEE" w:rsidRDefault="00580AEE"/>
        </w:tc>
        <w:tc>
          <w:tcPr>
            <w:tcW w:w="296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2EBD72D8" w14:textId="2E1D3004" w:rsidR="00580AEE" w:rsidRDefault="00580AEE" w:rsidP="00580AEE">
            <w:pPr>
              <w:jc w:val="center"/>
            </w:pPr>
            <w:r>
              <w:rPr>
                <w:rFonts w:eastAsia="Times New Roman"/>
                <w:sz w:val="10"/>
              </w:rPr>
              <w:t>MTİ8006</w:t>
            </w:r>
            <w:r>
              <w:br/>
            </w:r>
            <w:proofErr w:type="spellStart"/>
            <w:r>
              <w:rPr>
                <w:rFonts w:eastAsia="Times New Roman"/>
                <w:sz w:val="10"/>
              </w:rPr>
              <w:t>Çağdaş</w:t>
            </w:r>
            <w:proofErr w:type="spellEnd"/>
            <w:r>
              <w:rPr>
                <w:rFonts w:eastAsia="Times New Roman"/>
                <w:sz w:val="10"/>
              </w:rPr>
              <w:t xml:space="preserve"> </w:t>
            </w:r>
            <w:proofErr w:type="spellStart"/>
            <w:r>
              <w:rPr>
                <w:rFonts w:eastAsia="Times New Roman"/>
                <w:sz w:val="10"/>
              </w:rPr>
              <w:t>Çeviri</w:t>
            </w:r>
            <w:proofErr w:type="spellEnd"/>
            <w:r>
              <w:rPr>
                <w:rFonts w:eastAsia="Times New Roman"/>
                <w:sz w:val="10"/>
              </w:rPr>
              <w:t xml:space="preserve"> </w:t>
            </w:r>
            <w:proofErr w:type="spellStart"/>
            <w:r>
              <w:rPr>
                <w:rFonts w:eastAsia="Times New Roman"/>
                <w:sz w:val="10"/>
              </w:rPr>
              <w:t>Kuramları</w:t>
            </w:r>
            <w:proofErr w:type="spellEnd"/>
            <w:r>
              <w:br/>
            </w:r>
            <w:r>
              <w:rPr>
                <w:rFonts w:eastAsia="Times New Roman"/>
                <w:sz w:val="10"/>
              </w:rPr>
              <w:t xml:space="preserve">Dr. </w:t>
            </w:r>
            <w:proofErr w:type="spellStart"/>
            <w:r>
              <w:rPr>
                <w:rFonts w:eastAsia="Times New Roman"/>
                <w:sz w:val="10"/>
              </w:rPr>
              <w:t>Öğr</w:t>
            </w:r>
            <w:proofErr w:type="spellEnd"/>
            <w:r>
              <w:rPr>
                <w:rFonts w:eastAsia="Times New Roman"/>
                <w:sz w:val="10"/>
              </w:rPr>
              <w:t xml:space="preserve">. </w:t>
            </w:r>
            <w:proofErr w:type="spellStart"/>
            <w:r>
              <w:rPr>
                <w:rFonts w:eastAsia="Times New Roman"/>
                <w:sz w:val="10"/>
              </w:rPr>
              <w:t>Üyesi</w:t>
            </w:r>
            <w:proofErr w:type="spellEnd"/>
            <w:r>
              <w:rPr>
                <w:rFonts w:eastAsia="Times New Roman"/>
                <w:sz w:val="10"/>
              </w:rPr>
              <w:t xml:space="preserve"> Selim Ozan ÇEKÇİ</w:t>
            </w:r>
            <w:r>
              <w:br/>
            </w:r>
            <w:r>
              <w:rPr>
                <w:rFonts w:eastAsia="Times New Roman"/>
                <w:sz w:val="10"/>
              </w:rPr>
              <w:t>Yer: ODA</w:t>
            </w:r>
          </w:p>
        </w:tc>
        <w:tc>
          <w:tcPr>
            <w:tcW w:w="9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CE4D6"/>
          </w:tcPr>
          <w:p w14:paraId="34EB8277" w14:textId="77777777" w:rsidR="00580AEE" w:rsidRDefault="00580AEE"/>
        </w:tc>
      </w:tr>
      <w:tr w:rsidR="00331496" w14:paraId="20359E37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845E" w14:textId="77777777" w:rsidR="00331496" w:rsidRDefault="00331496"/>
        </w:tc>
        <w:tc>
          <w:tcPr>
            <w:tcW w:w="8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F8F7" w14:textId="77777777" w:rsidR="00331496" w:rsidRDefault="00331496"/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B5C0E5E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DR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5A0290F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C53D022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6647E37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84B0A55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1D80637" w14:textId="77777777" w:rsidR="00331496" w:rsidRDefault="00331496"/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77353AF" w14:textId="77777777" w:rsidR="00331496" w:rsidRDefault="00331496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E5E2309" w14:textId="77777777" w:rsidR="00331496" w:rsidRDefault="00331496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E2F3"/>
          </w:tcPr>
          <w:p w14:paraId="3C72EE88" w14:textId="77777777" w:rsidR="00331496" w:rsidRDefault="00331496"/>
        </w:tc>
      </w:tr>
      <w:tr w:rsidR="00331496" w:rsidRPr="00580AEE" w14:paraId="7C48FFDE" w14:textId="77777777" w:rsidTr="00580AEE">
        <w:trPr>
          <w:cantSplit/>
          <w:trHeight w:hRule="exact" w:val="329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7068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2FC2A1C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5654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AC69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6EE1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E02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C961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6466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67AF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5D7B1D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331496" w:rsidRPr="00580AEE" w14:paraId="5BEC0CD7" w14:textId="77777777" w:rsidTr="00580AEE">
        <w:trPr>
          <w:cantSplit/>
          <w:trHeight w:hRule="exact" w:val="272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CDD10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2097A91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AFD8A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175F8D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B978BE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59E6AA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F2F933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4EF384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E0EE90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82CDB76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331496" w14:paraId="6D5C692F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7D4EA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9B57F2E" w14:textId="77777777" w:rsidR="00331496" w:rsidRDefault="00000000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Perşembe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textDirection w:val="btLr"/>
            <w:vAlign w:val="center"/>
          </w:tcPr>
          <w:p w14:paraId="12DCD0D8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DERS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C44ACBC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YL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31A37FF7" w14:textId="77777777" w:rsidR="00331496" w:rsidRDefault="00331496"/>
        </w:tc>
        <w:tc>
          <w:tcPr>
            <w:tcW w:w="292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870EE23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sz w:val="10"/>
              </w:rPr>
              <w:t>MTİ8012</w:t>
            </w:r>
            <w:r>
              <w:br/>
            </w:r>
            <w:r>
              <w:rPr>
                <w:rFonts w:eastAsia="Times New Roman"/>
                <w:sz w:val="10"/>
              </w:rPr>
              <w:t>Sözlü Çeviri Araştırmaları</w:t>
            </w:r>
            <w:r>
              <w:br/>
            </w:r>
            <w:r>
              <w:rPr>
                <w:rFonts w:eastAsia="Times New Roman"/>
                <w:sz w:val="10"/>
              </w:rPr>
              <w:t>Dr. Öğr. Üyesi Mehtap ARAL DUVAN</w:t>
            </w:r>
            <w:r>
              <w:br/>
            </w:r>
            <w:r>
              <w:rPr>
                <w:rFonts w:eastAsia="Times New Roman"/>
                <w:sz w:val="10"/>
              </w:rPr>
              <w:t>Yer: ODA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4F6C9286" w14:textId="77777777" w:rsidR="00331496" w:rsidRDefault="00331496"/>
        </w:tc>
        <w:tc>
          <w:tcPr>
            <w:tcW w:w="9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133E0868" w14:textId="77777777" w:rsidR="00331496" w:rsidRDefault="00331496"/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4DD53C92" w14:textId="77777777" w:rsidR="00331496" w:rsidRDefault="00331496"/>
        </w:tc>
        <w:tc>
          <w:tcPr>
            <w:tcW w:w="9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CE4D6"/>
          </w:tcPr>
          <w:p w14:paraId="08818F20" w14:textId="77777777" w:rsidR="00331496" w:rsidRDefault="00331496"/>
        </w:tc>
      </w:tr>
      <w:tr w:rsidR="00331496" w14:paraId="0F49404E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C1083" w14:textId="77777777" w:rsidR="00331496" w:rsidRDefault="00331496"/>
        </w:tc>
        <w:tc>
          <w:tcPr>
            <w:tcW w:w="8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1C5F" w14:textId="77777777" w:rsidR="00331496" w:rsidRDefault="00331496"/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D175DD9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DR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47838E8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32BE57D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60FB1A5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31EDA7D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1B0CC32" w14:textId="77777777" w:rsidR="00331496" w:rsidRDefault="00331496"/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6966B62" w14:textId="77777777" w:rsidR="00331496" w:rsidRDefault="00331496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3A28AE9" w14:textId="77777777" w:rsidR="00331496" w:rsidRDefault="00331496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E2F3"/>
          </w:tcPr>
          <w:p w14:paraId="7DB7CD3B" w14:textId="77777777" w:rsidR="00331496" w:rsidRDefault="00331496"/>
        </w:tc>
      </w:tr>
      <w:tr w:rsidR="00331496" w:rsidRPr="00580AEE" w14:paraId="26D5A289" w14:textId="77777777">
        <w:trPr>
          <w:cantSplit/>
          <w:trHeight w:hRule="exact" w:val="329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AB29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796E78F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7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33E4479" w14:textId="77777777" w:rsidR="00331496" w:rsidRPr="00580AEE" w:rsidRDefault="00000000">
            <w:pPr>
              <w:spacing w:after="0" w:line="216" w:lineRule="auto"/>
              <w:jc w:val="center"/>
              <w:rPr>
                <w:lang w:val="de-DE"/>
              </w:rPr>
            </w:pP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Öğretim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: Dr.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Selim Ozan ÇEKÇİ</w:t>
            </w:r>
            <w:r w:rsidRPr="00580AEE">
              <w:rPr>
                <w:lang w:val="de-DE"/>
              </w:rPr>
              <w:br/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Yer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>: ODA</w:t>
            </w:r>
          </w:p>
        </w:tc>
      </w:tr>
      <w:tr w:rsidR="00331496" w:rsidRPr="00580AEE" w14:paraId="3DC3AAF9" w14:textId="77777777" w:rsidTr="00580AEE">
        <w:trPr>
          <w:cantSplit/>
          <w:trHeight w:hRule="exact" w:val="272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2DA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CE9F965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1196B2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CF0002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40224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7081B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2D4E0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1748BF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4E97EF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9278FC8" w14:textId="77777777" w:rsidR="00331496" w:rsidRPr="00580AEE" w:rsidRDefault="00331496">
            <w:pPr>
              <w:rPr>
                <w:lang w:val="de-DE"/>
              </w:rPr>
            </w:pPr>
          </w:p>
        </w:tc>
      </w:tr>
      <w:tr w:rsidR="00331496" w14:paraId="766393E4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7D4EA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682D898" w14:textId="77777777" w:rsidR="00331496" w:rsidRDefault="00000000">
            <w:pPr>
              <w:spacing w:after="0" w:line="216" w:lineRule="auto"/>
              <w:jc w:val="center"/>
            </w:pPr>
            <w:proofErr w:type="spellStart"/>
            <w:r>
              <w:rPr>
                <w:rFonts w:eastAsia="Times New Roman"/>
                <w:b/>
                <w:sz w:val="12"/>
              </w:rPr>
              <w:t>Cuma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textDirection w:val="btLr"/>
            <w:vAlign w:val="center"/>
          </w:tcPr>
          <w:p w14:paraId="34BBF34C" w14:textId="77777777" w:rsidR="00331496" w:rsidRDefault="00000000">
            <w:pPr>
              <w:spacing w:after="0" w:line="216" w:lineRule="auto"/>
              <w:jc w:val="center"/>
            </w:pPr>
            <w:r>
              <w:rPr>
                <w:rFonts w:eastAsia="Times New Roman"/>
                <w:b/>
                <w:sz w:val="12"/>
              </w:rPr>
              <w:t>DERS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971674E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YL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7E94D3C1" w14:textId="77777777" w:rsidR="00331496" w:rsidRDefault="00331496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2E8C8AB3" w14:textId="77777777" w:rsidR="00331496" w:rsidRDefault="00331496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60B1CAF8" w14:textId="77777777" w:rsidR="00331496" w:rsidRDefault="00331496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1FC4730C" w14:textId="77777777" w:rsidR="00331496" w:rsidRDefault="00331496"/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4E7E5CDD" w14:textId="77777777" w:rsidR="00331496" w:rsidRDefault="00331496"/>
        </w:tc>
        <w:tc>
          <w:tcPr>
            <w:tcW w:w="9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60BD6B64" w14:textId="77777777" w:rsidR="00331496" w:rsidRDefault="00331496"/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4D6"/>
          </w:tcPr>
          <w:p w14:paraId="5DCDC4C0" w14:textId="77777777" w:rsidR="00331496" w:rsidRDefault="00331496"/>
        </w:tc>
        <w:tc>
          <w:tcPr>
            <w:tcW w:w="9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CE4D6"/>
          </w:tcPr>
          <w:p w14:paraId="3A01E965" w14:textId="77777777" w:rsidR="00331496" w:rsidRDefault="00331496"/>
        </w:tc>
      </w:tr>
      <w:tr w:rsidR="00331496" w14:paraId="476249A0" w14:textId="77777777" w:rsidTr="00580AEE">
        <w:trPr>
          <w:cantSplit/>
          <w:trHeight w:hRule="exact" w:val="726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D879D" w14:textId="77777777" w:rsidR="00331496" w:rsidRDefault="00331496"/>
        </w:tc>
        <w:tc>
          <w:tcPr>
            <w:tcW w:w="8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8808F" w14:textId="77777777" w:rsidR="00331496" w:rsidRDefault="00331496"/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7289E5B" w14:textId="77777777" w:rsidR="00331496" w:rsidRDefault="00000000">
            <w:pPr>
              <w:spacing w:after="0" w:line="216" w:lineRule="auto"/>
            </w:pPr>
            <w:r>
              <w:rPr>
                <w:rFonts w:eastAsia="Times New Roman"/>
                <w:b/>
                <w:sz w:val="12"/>
              </w:rPr>
              <w:t>DR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C4FC992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BF4CEEF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9B3B26A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DD075A1" w14:textId="77777777" w:rsidR="00331496" w:rsidRDefault="00331496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13D9BB2" w14:textId="77777777" w:rsidR="00331496" w:rsidRDefault="00331496"/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38ADF64" w14:textId="77777777" w:rsidR="00331496" w:rsidRDefault="00331496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1A8F677" w14:textId="77777777" w:rsidR="00331496" w:rsidRDefault="00331496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E2F3"/>
          </w:tcPr>
          <w:p w14:paraId="3A0405E1" w14:textId="77777777" w:rsidR="00331496" w:rsidRDefault="00331496"/>
        </w:tc>
      </w:tr>
      <w:tr w:rsidR="00331496" w14:paraId="5A982FA6" w14:textId="77777777">
        <w:trPr>
          <w:cantSplit/>
          <w:trHeight w:hRule="exact" w:val="329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6481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3AF797D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7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DD474F7" w14:textId="77777777" w:rsidR="00331496" w:rsidRDefault="00000000">
            <w:pPr>
              <w:spacing w:after="0" w:line="216" w:lineRule="auto"/>
              <w:jc w:val="center"/>
            </w:pP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Öğretim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: Dr.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Nejla GEZMİŞ; Dr.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Üyesi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 Zeynep BAŞER; Dr. </w:t>
            </w:r>
            <w:proofErr w:type="spellStart"/>
            <w:r w:rsidRPr="00580AEE">
              <w:rPr>
                <w:rFonts w:eastAsia="Times New Roman"/>
                <w:sz w:val="10"/>
                <w:lang w:val="de-DE"/>
              </w:rPr>
              <w:t>Öğr</w:t>
            </w:r>
            <w:proofErr w:type="spellEnd"/>
            <w:r w:rsidRPr="00580AEE">
              <w:rPr>
                <w:rFonts w:eastAsia="Times New Roman"/>
                <w:sz w:val="10"/>
                <w:lang w:val="de-DE"/>
              </w:rPr>
              <w:t xml:space="preserve">. </w:t>
            </w:r>
            <w:proofErr w:type="spellStart"/>
            <w:r>
              <w:rPr>
                <w:rFonts w:eastAsia="Times New Roman"/>
                <w:sz w:val="10"/>
              </w:rPr>
              <w:t>Üyesi</w:t>
            </w:r>
            <w:proofErr w:type="spellEnd"/>
            <w:r>
              <w:rPr>
                <w:rFonts w:eastAsia="Times New Roman"/>
                <w:sz w:val="10"/>
              </w:rPr>
              <w:t xml:space="preserve"> </w:t>
            </w:r>
            <w:proofErr w:type="spellStart"/>
            <w:r>
              <w:rPr>
                <w:rFonts w:eastAsia="Times New Roman"/>
                <w:sz w:val="10"/>
              </w:rPr>
              <w:t>Mehtap</w:t>
            </w:r>
            <w:proofErr w:type="spellEnd"/>
            <w:r>
              <w:rPr>
                <w:rFonts w:eastAsia="Times New Roman"/>
                <w:sz w:val="10"/>
              </w:rPr>
              <w:t xml:space="preserve"> ARAL DUVAN</w:t>
            </w:r>
            <w:r>
              <w:br/>
            </w:r>
            <w:r>
              <w:rPr>
                <w:rFonts w:eastAsia="Times New Roman"/>
                <w:sz w:val="10"/>
              </w:rPr>
              <w:t>Yer: ODA</w:t>
            </w:r>
          </w:p>
        </w:tc>
      </w:tr>
      <w:tr w:rsidR="00331496" w:rsidRPr="00580AEE" w14:paraId="1A389C2A" w14:textId="77777777" w:rsidTr="00580AEE">
        <w:trPr>
          <w:cantSplit/>
          <w:trHeight w:hRule="exact" w:val="272"/>
          <w:jc w:val="center"/>
        </w:trPr>
        <w:tc>
          <w:tcPr>
            <w:tcW w:w="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8E054" w14:textId="77777777" w:rsidR="00331496" w:rsidRDefault="00331496"/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172B502" w14:textId="77777777" w:rsidR="00331496" w:rsidRPr="00580AEE" w:rsidRDefault="00000000">
            <w:pPr>
              <w:spacing w:after="0" w:line="216" w:lineRule="auto"/>
              <w:rPr>
                <w:lang w:val="de-DE"/>
              </w:rPr>
            </w:pPr>
            <w:r w:rsidRPr="00580AEE">
              <w:rPr>
                <w:rFonts w:eastAsia="Times New Roman"/>
                <w:b/>
                <w:sz w:val="10"/>
                <w:lang w:val="de-DE"/>
              </w:rPr>
              <w:t>ÖZEL UZMANLIK KONULARI (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Tez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 xml:space="preserve"> </w:t>
            </w:r>
            <w:proofErr w:type="spellStart"/>
            <w:r w:rsidRPr="00580AEE">
              <w:rPr>
                <w:rFonts w:eastAsia="Times New Roman"/>
                <w:b/>
                <w:sz w:val="10"/>
                <w:lang w:val="de-DE"/>
              </w:rPr>
              <w:t>Dönemi</w:t>
            </w:r>
            <w:proofErr w:type="spellEnd"/>
            <w:r w:rsidRPr="00580AEE">
              <w:rPr>
                <w:rFonts w:eastAsia="Times New Roman"/>
                <w:b/>
                <w:sz w:val="10"/>
                <w:lang w:val="de-DE"/>
              </w:rPr>
              <w:t>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96D3EF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4D593B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650B5D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71F44E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B6488D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0A1893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5D8098" w14:textId="77777777" w:rsidR="00331496" w:rsidRPr="00580AEE" w:rsidRDefault="00331496">
            <w:pPr>
              <w:rPr>
                <w:lang w:val="de-DE"/>
              </w:rPr>
            </w:pP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1AFBC0" w14:textId="77777777" w:rsidR="00331496" w:rsidRPr="00580AEE" w:rsidRDefault="00331496">
            <w:pPr>
              <w:rPr>
                <w:lang w:val="de-DE"/>
              </w:rPr>
            </w:pPr>
          </w:p>
        </w:tc>
      </w:tr>
    </w:tbl>
    <w:p w14:paraId="08CBBF91" w14:textId="77777777" w:rsidR="00331496" w:rsidRPr="00580AEE" w:rsidRDefault="00000000">
      <w:pPr>
        <w:spacing w:before="140" w:after="0"/>
        <w:jc w:val="center"/>
        <w:rPr>
          <w:lang w:val="de-DE"/>
        </w:rPr>
      </w:pPr>
      <w:r w:rsidRPr="00580AEE">
        <w:rPr>
          <w:rFonts w:eastAsia="Times New Roman"/>
          <w:lang w:val="de-DE"/>
        </w:rPr>
        <w:t xml:space="preserve">Prof. Dr. </w:t>
      </w:r>
      <w:proofErr w:type="spellStart"/>
      <w:r w:rsidRPr="00580AEE">
        <w:rPr>
          <w:rFonts w:eastAsia="Times New Roman"/>
          <w:lang w:val="de-DE"/>
        </w:rPr>
        <w:t>Aytaç</w:t>
      </w:r>
      <w:proofErr w:type="spellEnd"/>
      <w:r w:rsidRPr="00580AEE">
        <w:rPr>
          <w:rFonts w:eastAsia="Times New Roman"/>
          <w:lang w:val="de-DE"/>
        </w:rPr>
        <w:t xml:space="preserve"> ÇELTEK</w:t>
      </w:r>
    </w:p>
    <w:p w14:paraId="0B80DC05" w14:textId="77777777" w:rsidR="00331496" w:rsidRPr="00580AEE" w:rsidRDefault="00000000">
      <w:pPr>
        <w:spacing w:after="0"/>
        <w:jc w:val="center"/>
        <w:rPr>
          <w:lang w:val="de-DE"/>
        </w:rPr>
      </w:pPr>
      <w:proofErr w:type="spellStart"/>
      <w:r w:rsidRPr="00580AEE">
        <w:rPr>
          <w:rFonts w:eastAsia="Times New Roman"/>
          <w:sz w:val="13"/>
          <w:lang w:val="de-DE"/>
        </w:rPr>
        <w:t>Mütercim-Tercümanlık</w:t>
      </w:r>
      <w:proofErr w:type="spellEnd"/>
      <w:r w:rsidRPr="00580AEE">
        <w:rPr>
          <w:rFonts w:eastAsia="Times New Roman"/>
          <w:sz w:val="13"/>
          <w:lang w:val="de-DE"/>
        </w:rPr>
        <w:t xml:space="preserve"> (</w:t>
      </w:r>
      <w:proofErr w:type="spellStart"/>
      <w:r w:rsidRPr="00580AEE">
        <w:rPr>
          <w:rFonts w:eastAsia="Times New Roman"/>
          <w:sz w:val="13"/>
          <w:lang w:val="de-DE"/>
        </w:rPr>
        <w:t>İngilizce</w:t>
      </w:r>
      <w:proofErr w:type="spellEnd"/>
      <w:r w:rsidRPr="00580AEE">
        <w:rPr>
          <w:rFonts w:eastAsia="Times New Roman"/>
          <w:sz w:val="13"/>
          <w:lang w:val="de-DE"/>
        </w:rPr>
        <w:t xml:space="preserve">) </w:t>
      </w:r>
      <w:proofErr w:type="spellStart"/>
      <w:r w:rsidRPr="00580AEE">
        <w:rPr>
          <w:rFonts w:eastAsia="Times New Roman"/>
          <w:sz w:val="13"/>
          <w:lang w:val="de-DE"/>
        </w:rPr>
        <w:t>Anabilim</w:t>
      </w:r>
      <w:proofErr w:type="spellEnd"/>
      <w:r w:rsidRPr="00580AEE">
        <w:rPr>
          <w:rFonts w:eastAsia="Times New Roman"/>
          <w:sz w:val="13"/>
          <w:lang w:val="de-DE"/>
        </w:rPr>
        <w:t xml:space="preserve"> </w:t>
      </w:r>
      <w:proofErr w:type="spellStart"/>
      <w:r w:rsidRPr="00580AEE">
        <w:rPr>
          <w:rFonts w:eastAsia="Times New Roman"/>
          <w:sz w:val="13"/>
          <w:lang w:val="de-DE"/>
        </w:rPr>
        <w:t>Dalı</w:t>
      </w:r>
      <w:proofErr w:type="spellEnd"/>
      <w:r w:rsidRPr="00580AEE">
        <w:rPr>
          <w:rFonts w:eastAsia="Times New Roman"/>
          <w:sz w:val="13"/>
          <w:lang w:val="de-DE"/>
        </w:rPr>
        <w:t xml:space="preserve"> </w:t>
      </w:r>
      <w:proofErr w:type="spellStart"/>
      <w:r w:rsidRPr="00580AEE">
        <w:rPr>
          <w:rFonts w:eastAsia="Times New Roman"/>
          <w:sz w:val="13"/>
          <w:lang w:val="de-DE"/>
        </w:rPr>
        <w:t>Başkanı</w:t>
      </w:r>
      <w:proofErr w:type="spellEnd"/>
    </w:p>
    <w:sectPr w:rsidR="00331496" w:rsidRPr="00580AEE" w:rsidSect="00034616">
      <w:pgSz w:w="11906" w:h="16838"/>
      <w:pgMar w:top="652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0005169">
    <w:abstractNumId w:val="8"/>
  </w:num>
  <w:num w:numId="2" w16cid:durableId="1760563930">
    <w:abstractNumId w:val="6"/>
  </w:num>
  <w:num w:numId="3" w16cid:durableId="807935330">
    <w:abstractNumId w:val="5"/>
  </w:num>
  <w:num w:numId="4" w16cid:durableId="1695688380">
    <w:abstractNumId w:val="4"/>
  </w:num>
  <w:num w:numId="5" w16cid:durableId="326439985">
    <w:abstractNumId w:val="7"/>
  </w:num>
  <w:num w:numId="6" w16cid:durableId="308480323">
    <w:abstractNumId w:val="3"/>
  </w:num>
  <w:num w:numId="7" w16cid:durableId="1554341144">
    <w:abstractNumId w:val="2"/>
  </w:num>
  <w:num w:numId="8" w16cid:durableId="927621950">
    <w:abstractNumId w:val="1"/>
  </w:num>
  <w:num w:numId="9" w16cid:durableId="199047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1496"/>
    <w:rsid w:val="00580AEE"/>
    <w:rsid w:val="00AA1D8D"/>
    <w:rsid w:val="00B256C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636C3"/>
  <w14:defaultImageDpi w14:val="300"/>
  <w15:docId w15:val="{08A17382-49FC-4E83-AA3D-4E8278A3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Ahmet Sadrettin Maden-akademik</cp:lastModifiedBy>
  <cp:revision>2</cp:revision>
  <dcterms:created xsi:type="dcterms:W3CDTF">2013-12-23T23:15:00Z</dcterms:created>
  <dcterms:modified xsi:type="dcterms:W3CDTF">2026-09-01T08:44:00Z</dcterms:modified>
  <cp:category/>
</cp:coreProperties>
</file>