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26BB" w14:textId="453CB2D1" w:rsidR="00B100E2" w:rsidRPr="0043353E" w:rsidRDefault="00B100E2">
      <w:pPr>
        <w:jc w:val="center"/>
        <w:rPr>
          <w:b/>
          <w:sz w:val="28"/>
          <w:lang w:val="tr-TR"/>
        </w:rPr>
      </w:pPr>
      <w:r w:rsidRPr="0043353E">
        <w:rPr>
          <w:b/>
          <w:sz w:val="28"/>
          <w:lang w:val="tr-TR"/>
        </w:rPr>
        <w:t>2026-2027 Eğitim-Öğretim Yılı</w:t>
      </w:r>
    </w:p>
    <w:p w14:paraId="19C2DF48" w14:textId="30F8636D" w:rsidR="0051450D" w:rsidRPr="0043353E" w:rsidRDefault="00B100E2">
      <w:pPr>
        <w:jc w:val="center"/>
        <w:rPr>
          <w:lang w:val="tr-TR"/>
        </w:rPr>
      </w:pPr>
      <w:r w:rsidRPr="0043353E">
        <w:rPr>
          <w:b/>
          <w:sz w:val="28"/>
          <w:lang w:val="tr-TR"/>
        </w:rPr>
        <w:t>İslami İlimler Fakültesi</w:t>
      </w:r>
      <w:r w:rsidRPr="0043353E">
        <w:rPr>
          <w:b/>
          <w:sz w:val="28"/>
          <w:lang w:val="tr-TR"/>
        </w:rPr>
        <w:br/>
        <w:t>Kurumlararası Yatay Geçiş Başvuru Sonuçları</w:t>
      </w:r>
    </w:p>
    <w:p w14:paraId="63FC7ADC" w14:textId="213DF846" w:rsidR="0051450D" w:rsidRPr="0043353E" w:rsidRDefault="0051450D">
      <w:pPr>
        <w:jc w:val="center"/>
        <w:rPr>
          <w:lang w:val="tr-TR"/>
        </w:rPr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9"/>
        <w:gridCol w:w="822"/>
        <w:gridCol w:w="879"/>
        <w:gridCol w:w="1134"/>
        <w:gridCol w:w="1134"/>
        <w:gridCol w:w="822"/>
        <w:gridCol w:w="510"/>
        <w:gridCol w:w="765"/>
        <w:gridCol w:w="822"/>
        <w:gridCol w:w="567"/>
        <w:gridCol w:w="709"/>
        <w:gridCol w:w="624"/>
        <w:gridCol w:w="454"/>
        <w:gridCol w:w="709"/>
        <w:gridCol w:w="850"/>
        <w:gridCol w:w="822"/>
      </w:tblGrid>
      <w:tr w:rsidR="0051450D" w:rsidRPr="0043353E" w14:paraId="52F49969" w14:textId="77777777">
        <w:trPr>
          <w:tblHeader/>
          <w:jc w:val="center"/>
        </w:trPr>
        <w:tc>
          <w:tcPr>
            <w:tcW w:w="369" w:type="dxa"/>
            <w:shd w:val="clear" w:color="auto" w:fill="D9EAF7"/>
            <w:vAlign w:val="center"/>
          </w:tcPr>
          <w:p w14:paraId="6802427B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Sıra No</w:t>
            </w:r>
          </w:p>
        </w:tc>
        <w:tc>
          <w:tcPr>
            <w:tcW w:w="822" w:type="dxa"/>
            <w:shd w:val="clear" w:color="auto" w:fill="D9EAF7"/>
            <w:vAlign w:val="center"/>
          </w:tcPr>
          <w:p w14:paraId="39BD4C7D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T.C. Numarası</w:t>
            </w:r>
          </w:p>
        </w:tc>
        <w:tc>
          <w:tcPr>
            <w:tcW w:w="879" w:type="dxa"/>
            <w:shd w:val="clear" w:color="auto" w:fill="D9EAF7"/>
            <w:vAlign w:val="center"/>
          </w:tcPr>
          <w:p w14:paraId="2E2C2F27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Adı Soyadı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7019B98A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Kayıtlı Olduğu Üniversite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25EFE330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Kayıtlı Olduğu Fak./MYO/Program</w:t>
            </w:r>
          </w:p>
        </w:tc>
        <w:tc>
          <w:tcPr>
            <w:tcW w:w="822" w:type="dxa"/>
            <w:shd w:val="clear" w:color="auto" w:fill="D9EAF7"/>
            <w:vAlign w:val="center"/>
          </w:tcPr>
          <w:p w14:paraId="7EEB6C3E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Başvuru Yapılan Program</w:t>
            </w:r>
          </w:p>
        </w:tc>
        <w:tc>
          <w:tcPr>
            <w:tcW w:w="510" w:type="dxa"/>
            <w:shd w:val="clear" w:color="auto" w:fill="D9EAF7"/>
            <w:vAlign w:val="center"/>
          </w:tcPr>
          <w:p w14:paraId="28A4957D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ÖSYM Yerleşme Yılı</w:t>
            </w:r>
          </w:p>
        </w:tc>
        <w:tc>
          <w:tcPr>
            <w:tcW w:w="765" w:type="dxa"/>
            <w:shd w:val="clear" w:color="auto" w:fill="D9EAF7"/>
            <w:vAlign w:val="center"/>
          </w:tcPr>
          <w:p w14:paraId="4D07A5C4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Öğrencinin ÖSYS Yerleştirme Puanı</w:t>
            </w:r>
          </w:p>
        </w:tc>
        <w:tc>
          <w:tcPr>
            <w:tcW w:w="822" w:type="dxa"/>
            <w:shd w:val="clear" w:color="auto" w:fill="D9EAF7"/>
            <w:vAlign w:val="center"/>
          </w:tcPr>
          <w:p w14:paraId="396F2360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Geçmek İstediği Program ÖSYM Taban Puanı (*)</w:t>
            </w:r>
          </w:p>
        </w:tc>
        <w:tc>
          <w:tcPr>
            <w:tcW w:w="567" w:type="dxa"/>
            <w:shd w:val="clear" w:color="auto" w:fill="D9EAF7"/>
            <w:vAlign w:val="center"/>
          </w:tcPr>
          <w:p w14:paraId="77ACE52D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Genel Akademik Ortalama (4'lük)</w:t>
            </w:r>
          </w:p>
        </w:tc>
        <w:tc>
          <w:tcPr>
            <w:tcW w:w="709" w:type="dxa"/>
            <w:shd w:val="clear" w:color="auto" w:fill="D9EAF7"/>
            <w:vAlign w:val="center"/>
          </w:tcPr>
          <w:p w14:paraId="3EE0DE3E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Genel Akademik Ortalama 100'lük Not Karşılığı</w:t>
            </w:r>
          </w:p>
        </w:tc>
        <w:tc>
          <w:tcPr>
            <w:tcW w:w="624" w:type="dxa"/>
            <w:shd w:val="clear" w:color="auto" w:fill="D9EAF7"/>
            <w:vAlign w:val="center"/>
          </w:tcPr>
          <w:p w14:paraId="53BAC3C5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Değerlendirmeye Esas Puan (**)</w:t>
            </w:r>
          </w:p>
        </w:tc>
        <w:tc>
          <w:tcPr>
            <w:tcW w:w="454" w:type="dxa"/>
            <w:shd w:val="clear" w:color="auto" w:fill="D9EAF7"/>
            <w:vAlign w:val="center"/>
          </w:tcPr>
          <w:p w14:paraId="3EF52ED7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Başvuru Yaptığı Sınıf</w:t>
            </w:r>
          </w:p>
        </w:tc>
        <w:tc>
          <w:tcPr>
            <w:tcW w:w="709" w:type="dxa"/>
            <w:shd w:val="clear" w:color="auto" w:fill="D9EAF7"/>
            <w:vAlign w:val="center"/>
          </w:tcPr>
          <w:p w14:paraId="5F12B283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Sonuç: Yerleşti / Yerleşemedi / Geçersiz Başvuru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6B574592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Yerleşme Sırası ve Adaylık Durumu (1. Asıl, 2. Yedek vb.)</w:t>
            </w:r>
          </w:p>
        </w:tc>
        <w:tc>
          <w:tcPr>
            <w:tcW w:w="822" w:type="dxa"/>
            <w:shd w:val="clear" w:color="auto" w:fill="D9EAF7"/>
            <w:vAlign w:val="center"/>
          </w:tcPr>
          <w:p w14:paraId="0E14E728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b/>
                <w:sz w:val="14"/>
                <w:lang w:val="tr-TR"/>
              </w:rPr>
              <w:t>İntibak Durumu Açıklaması</w:t>
            </w:r>
          </w:p>
        </w:tc>
      </w:tr>
      <w:tr w:rsidR="0051450D" w:rsidRPr="0043353E" w14:paraId="5BAC7756" w14:textId="77777777">
        <w:trPr>
          <w:jc w:val="center"/>
        </w:trPr>
        <w:tc>
          <w:tcPr>
            <w:tcW w:w="369" w:type="dxa"/>
            <w:vAlign w:val="center"/>
          </w:tcPr>
          <w:p w14:paraId="0CAE2D9C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1</w:t>
            </w:r>
          </w:p>
        </w:tc>
        <w:tc>
          <w:tcPr>
            <w:tcW w:w="822" w:type="dxa"/>
            <w:vAlign w:val="center"/>
          </w:tcPr>
          <w:p w14:paraId="111872B2" w14:textId="2C0C058F" w:rsidR="0051450D" w:rsidRPr="0043353E" w:rsidRDefault="00000000" w:rsidP="0073636B">
            <w:pPr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10</w:t>
            </w:r>
            <w:r w:rsidR="0073636B" w:rsidRPr="0043353E">
              <w:rPr>
                <w:sz w:val="14"/>
                <w:lang w:val="tr-TR"/>
              </w:rPr>
              <w:t>****</w:t>
            </w:r>
            <w:r w:rsidRPr="0043353E">
              <w:rPr>
                <w:sz w:val="14"/>
                <w:lang w:val="tr-TR"/>
              </w:rPr>
              <w:t>58</w:t>
            </w:r>
          </w:p>
        </w:tc>
        <w:tc>
          <w:tcPr>
            <w:tcW w:w="879" w:type="dxa"/>
            <w:vAlign w:val="center"/>
          </w:tcPr>
          <w:p w14:paraId="71F4D2E7" w14:textId="13D5DE24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Ü</w:t>
            </w:r>
            <w:r w:rsidR="0073636B" w:rsidRPr="0043353E">
              <w:rPr>
                <w:sz w:val="14"/>
                <w:lang w:val="tr-TR"/>
              </w:rPr>
              <w:t>****</w:t>
            </w:r>
            <w:r w:rsidRPr="0043353E">
              <w:rPr>
                <w:sz w:val="14"/>
                <w:lang w:val="tr-TR"/>
              </w:rPr>
              <w:t>n GÜ</w:t>
            </w:r>
            <w:r w:rsidR="0073636B" w:rsidRPr="0043353E">
              <w:rPr>
                <w:sz w:val="14"/>
                <w:lang w:val="tr-TR"/>
              </w:rPr>
              <w:t>***</w:t>
            </w:r>
            <w:r w:rsidRPr="0043353E">
              <w:rPr>
                <w:sz w:val="14"/>
                <w:lang w:val="tr-TR"/>
              </w:rPr>
              <w:t>N</w:t>
            </w:r>
          </w:p>
        </w:tc>
        <w:tc>
          <w:tcPr>
            <w:tcW w:w="1134" w:type="dxa"/>
            <w:vAlign w:val="center"/>
          </w:tcPr>
          <w:p w14:paraId="584BE99E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Çankırı Karatekin Üniversitesi</w:t>
            </w:r>
          </w:p>
        </w:tc>
        <w:tc>
          <w:tcPr>
            <w:tcW w:w="1134" w:type="dxa"/>
            <w:vAlign w:val="center"/>
          </w:tcPr>
          <w:p w14:paraId="734E3C6B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İslami İlimler Fakültesi</w:t>
            </w:r>
          </w:p>
        </w:tc>
        <w:tc>
          <w:tcPr>
            <w:tcW w:w="822" w:type="dxa"/>
            <w:vAlign w:val="center"/>
          </w:tcPr>
          <w:p w14:paraId="1B70D5E6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İslami İlimler</w:t>
            </w:r>
          </w:p>
        </w:tc>
        <w:tc>
          <w:tcPr>
            <w:tcW w:w="510" w:type="dxa"/>
            <w:vAlign w:val="center"/>
          </w:tcPr>
          <w:p w14:paraId="52CAAA4D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2024</w:t>
            </w:r>
          </w:p>
        </w:tc>
        <w:tc>
          <w:tcPr>
            <w:tcW w:w="765" w:type="dxa"/>
            <w:vAlign w:val="center"/>
          </w:tcPr>
          <w:p w14:paraId="43F42C55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276,62401</w:t>
            </w:r>
          </w:p>
        </w:tc>
        <w:tc>
          <w:tcPr>
            <w:tcW w:w="822" w:type="dxa"/>
            <w:vAlign w:val="center"/>
          </w:tcPr>
          <w:p w14:paraId="095582FD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284,70013</w:t>
            </w:r>
          </w:p>
        </w:tc>
        <w:tc>
          <w:tcPr>
            <w:tcW w:w="567" w:type="dxa"/>
            <w:vAlign w:val="center"/>
          </w:tcPr>
          <w:p w14:paraId="308EC9AD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3,16</w:t>
            </w:r>
          </w:p>
        </w:tc>
        <w:tc>
          <w:tcPr>
            <w:tcW w:w="709" w:type="dxa"/>
            <w:vAlign w:val="center"/>
          </w:tcPr>
          <w:p w14:paraId="70DBBA4D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80,4</w:t>
            </w:r>
          </w:p>
        </w:tc>
        <w:tc>
          <w:tcPr>
            <w:tcW w:w="624" w:type="dxa"/>
            <w:vAlign w:val="center"/>
          </w:tcPr>
          <w:p w14:paraId="38870E9D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95,48</w:t>
            </w:r>
          </w:p>
        </w:tc>
        <w:tc>
          <w:tcPr>
            <w:tcW w:w="454" w:type="dxa"/>
            <w:vAlign w:val="center"/>
          </w:tcPr>
          <w:p w14:paraId="30487394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</w:t>
            </w:r>
          </w:p>
        </w:tc>
        <w:tc>
          <w:tcPr>
            <w:tcW w:w="709" w:type="dxa"/>
            <w:vAlign w:val="center"/>
          </w:tcPr>
          <w:p w14:paraId="6686C6BC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Yerleşti</w:t>
            </w:r>
          </w:p>
        </w:tc>
        <w:tc>
          <w:tcPr>
            <w:tcW w:w="850" w:type="dxa"/>
            <w:vAlign w:val="center"/>
          </w:tcPr>
          <w:p w14:paraId="5B830F8F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Asıl</w:t>
            </w:r>
          </w:p>
        </w:tc>
        <w:tc>
          <w:tcPr>
            <w:tcW w:w="822" w:type="dxa"/>
            <w:vAlign w:val="center"/>
          </w:tcPr>
          <w:p w14:paraId="4DF8C50E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</w:t>
            </w:r>
          </w:p>
        </w:tc>
      </w:tr>
      <w:tr w:rsidR="0051450D" w:rsidRPr="0043353E" w14:paraId="0110E2A7" w14:textId="77777777">
        <w:trPr>
          <w:jc w:val="center"/>
        </w:trPr>
        <w:tc>
          <w:tcPr>
            <w:tcW w:w="369" w:type="dxa"/>
            <w:vAlign w:val="center"/>
          </w:tcPr>
          <w:p w14:paraId="026B0280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</w:t>
            </w:r>
          </w:p>
        </w:tc>
        <w:tc>
          <w:tcPr>
            <w:tcW w:w="822" w:type="dxa"/>
            <w:vAlign w:val="center"/>
          </w:tcPr>
          <w:p w14:paraId="5E4B9D53" w14:textId="3B30DD97" w:rsidR="0051450D" w:rsidRPr="0043353E" w:rsidRDefault="00000000" w:rsidP="0073636B">
            <w:pPr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14</w:t>
            </w:r>
            <w:r w:rsidR="0073636B" w:rsidRPr="0043353E">
              <w:rPr>
                <w:sz w:val="14"/>
                <w:lang w:val="tr-TR"/>
              </w:rPr>
              <w:t>****</w:t>
            </w:r>
            <w:r w:rsidRPr="0043353E">
              <w:rPr>
                <w:sz w:val="14"/>
                <w:lang w:val="tr-TR"/>
              </w:rPr>
              <w:t>80</w:t>
            </w:r>
          </w:p>
        </w:tc>
        <w:tc>
          <w:tcPr>
            <w:tcW w:w="879" w:type="dxa"/>
            <w:vAlign w:val="center"/>
          </w:tcPr>
          <w:p w14:paraId="15DF552B" w14:textId="2E55B832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Me</w:t>
            </w:r>
            <w:r w:rsidR="0073636B" w:rsidRPr="0043353E">
              <w:rPr>
                <w:sz w:val="14"/>
                <w:lang w:val="tr-TR"/>
              </w:rPr>
              <w:t>**</w:t>
            </w:r>
            <w:r w:rsidRPr="0043353E">
              <w:rPr>
                <w:sz w:val="14"/>
                <w:lang w:val="tr-TR"/>
              </w:rPr>
              <w:t>t Y</w:t>
            </w:r>
            <w:r w:rsidR="0073636B" w:rsidRPr="0043353E">
              <w:rPr>
                <w:sz w:val="14"/>
                <w:lang w:val="tr-TR"/>
              </w:rPr>
              <w:t>**</w:t>
            </w:r>
            <w:r w:rsidRPr="0043353E">
              <w:rPr>
                <w:sz w:val="14"/>
                <w:lang w:val="tr-TR"/>
              </w:rPr>
              <w:t>t GE</w:t>
            </w:r>
            <w:r w:rsidR="0073636B" w:rsidRPr="0043353E">
              <w:rPr>
                <w:sz w:val="14"/>
                <w:lang w:val="tr-TR"/>
              </w:rPr>
              <w:t>***</w:t>
            </w:r>
            <w:r w:rsidRPr="0043353E">
              <w:rPr>
                <w:sz w:val="14"/>
                <w:lang w:val="tr-TR"/>
              </w:rPr>
              <w:t>LU</w:t>
            </w:r>
          </w:p>
        </w:tc>
        <w:tc>
          <w:tcPr>
            <w:tcW w:w="1134" w:type="dxa"/>
            <w:vAlign w:val="center"/>
          </w:tcPr>
          <w:p w14:paraId="33D31F33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Akdeniz Üniversitesi</w:t>
            </w:r>
          </w:p>
        </w:tc>
        <w:tc>
          <w:tcPr>
            <w:tcW w:w="1134" w:type="dxa"/>
            <w:vAlign w:val="center"/>
          </w:tcPr>
          <w:p w14:paraId="4560B36E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İlahiyat fakültesi</w:t>
            </w:r>
          </w:p>
        </w:tc>
        <w:tc>
          <w:tcPr>
            <w:tcW w:w="822" w:type="dxa"/>
            <w:vAlign w:val="center"/>
          </w:tcPr>
          <w:p w14:paraId="29D05CE0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İslami İlimler</w:t>
            </w:r>
          </w:p>
        </w:tc>
        <w:tc>
          <w:tcPr>
            <w:tcW w:w="510" w:type="dxa"/>
            <w:vAlign w:val="center"/>
          </w:tcPr>
          <w:p w14:paraId="3987D604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2022</w:t>
            </w:r>
          </w:p>
        </w:tc>
        <w:tc>
          <w:tcPr>
            <w:tcW w:w="765" w:type="dxa"/>
            <w:vAlign w:val="center"/>
          </w:tcPr>
          <w:p w14:paraId="2B2A2CB9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350,81663</w:t>
            </w:r>
          </w:p>
        </w:tc>
        <w:tc>
          <w:tcPr>
            <w:tcW w:w="822" w:type="dxa"/>
            <w:vAlign w:val="center"/>
          </w:tcPr>
          <w:p w14:paraId="0C0283CF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294,63761</w:t>
            </w:r>
          </w:p>
        </w:tc>
        <w:tc>
          <w:tcPr>
            <w:tcW w:w="567" w:type="dxa"/>
            <w:vAlign w:val="center"/>
          </w:tcPr>
          <w:p w14:paraId="5787646E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2,69</w:t>
            </w:r>
          </w:p>
        </w:tc>
        <w:tc>
          <w:tcPr>
            <w:tcW w:w="709" w:type="dxa"/>
            <w:vAlign w:val="center"/>
          </w:tcPr>
          <w:p w14:paraId="0024ADB3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69,43</w:t>
            </w:r>
          </w:p>
        </w:tc>
        <w:tc>
          <w:tcPr>
            <w:tcW w:w="624" w:type="dxa"/>
            <w:vAlign w:val="center"/>
          </w:tcPr>
          <w:p w14:paraId="1A28686C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114,1</w:t>
            </w:r>
          </w:p>
        </w:tc>
        <w:tc>
          <w:tcPr>
            <w:tcW w:w="454" w:type="dxa"/>
            <w:vAlign w:val="center"/>
          </w:tcPr>
          <w:p w14:paraId="1B3ABA26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</w:t>
            </w:r>
          </w:p>
        </w:tc>
        <w:tc>
          <w:tcPr>
            <w:tcW w:w="709" w:type="dxa"/>
            <w:vAlign w:val="center"/>
          </w:tcPr>
          <w:p w14:paraId="37040D84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Yerleşti</w:t>
            </w:r>
          </w:p>
        </w:tc>
        <w:tc>
          <w:tcPr>
            <w:tcW w:w="850" w:type="dxa"/>
            <w:vAlign w:val="center"/>
          </w:tcPr>
          <w:p w14:paraId="31875878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Asıl</w:t>
            </w:r>
          </w:p>
        </w:tc>
        <w:tc>
          <w:tcPr>
            <w:tcW w:w="822" w:type="dxa"/>
            <w:vAlign w:val="center"/>
          </w:tcPr>
          <w:p w14:paraId="3059D36E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</w:t>
            </w:r>
          </w:p>
        </w:tc>
      </w:tr>
      <w:tr w:rsidR="0051450D" w:rsidRPr="0043353E" w14:paraId="75318DB0" w14:textId="77777777">
        <w:trPr>
          <w:jc w:val="center"/>
        </w:trPr>
        <w:tc>
          <w:tcPr>
            <w:tcW w:w="369" w:type="dxa"/>
            <w:vAlign w:val="center"/>
          </w:tcPr>
          <w:p w14:paraId="7FD3E347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3</w:t>
            </w:r>
          </w:p>
        </w:tc>
        <w:tc>
          <w:tcPr>
            <w:tcW w:w="822" w:type="dxa"/>
            <w:vAlign w:val="center"/>
          </w:tcPr>
          <w:p w14:paraId="7EC306FD" w14:textId="5A58EB6E" w:rsidR="0051450D" w:rsidRPr="0043353E" w:rsidRDefault="00000000" w:rsidP="0073636B">
            <w:pPr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20</w:t>
            </w:r>
            <w:r w:rsidR="0073636B" w:rsidRPr="0043353E">
              <w:rPr>
                <w:sz w:val="14"/>
                <w:lang w:val="tr-TR"/>
              </w:rPr>
              <w:t>****</w:t>
            </w:r>
            <w:r w:rsidRPr="0043353E">
              <w:rPr>
                <w:sz w:val="14"/>
                <w:lang w:val="tr-TR"/>
              </w:rPr>
              <w:t>86</w:t>
            </w:r>
          </w:p>
        </w:tc>
        <w:tc>
          <w:tcPr>
            <w:tcW w:w="879" w:type="dxa"/>
            <w:vAlign w:val="center"/>
          </w:tcPr>
          <w:p w14:paraId="1AF00861" w14:textId="1EA801B1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Se</w:t>
            </w:r>
            <w:r w:rsidR="0073636B" w:rsidRPr="0043353E">
              <w:rPr>
                <w:sz w:val="14"/>
                <w:lang w:val="tr-TR"/>
              </w:rPr>
              <w:t xml:space="preserve">** </w:t>
            </w:r>
            <w:r w:rsidRPr="0043353E">
              <w:rPr>
                <w:sz w:val="14"/>
                <w:lang w:val="tr-TR"/>
              </w:rPr>
              <w:t>Y</w:t>
            </w:r>
            <w:r w:rsidR="0073636B" w:rsidRPr="0043353E">
              <w:rPr>
                <w:sz w:val="14"/>
                <w:lang w:val="tr-TR"/>
              </w:rPr>
              <w:t>***</w:t>
            </w:r>
            <w:r w:rsidRPr="0043353E">
              <w:rPr>
                <w:sz w:val="14"/>
                <w:lang w:val="tr-TR"/>
              </w:rPr>
              <w:t>R</w:t>
            </w:r>
          </w:p>
        </w:tc>
        <w:tc>
          <w:tcPr>
            <w:tcW w:w="1134" w:type="dxa"/>
            <w:vAlign w:val="center"/>
          </w:tcPr>
          <w:p w14:paraId="057E3D72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Karabük Üniversitesi</w:t>
            </w:r>
          </w:p>
        </w:tc>
        <w:tc>
          <w:tcPr>
            <w:tcW w:w="1134" w:type="dxa"/>
            <w:vAlign w:val="center"/>
          </w:tcPr>
          <w:p w14:paraId="5707E779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İslami İlimler Fakültesi</w:t>
            </w:r>
          </w:p>
        </w:tc>
        <w:tc>
          <w:tcPr>
            <w:tcW w:w="822" w:type="dxa"/>
            <w:vAlign w:val="center"/>
          </w:tcPr>
          <w:p w14:paraId="6547FB79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İslami İlimler</w:t>
            </w:r>
          </w:p>
        </w:tc>
        <w:tc>
          <w:tcPr>
            <w:tcW w:w="510" w:type="dxa"/>
            <w:vAlign w:val="center"/>
          </w:tcPr>
          <w:p w14:paraId="15874E17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2023</w:t>
            </w:r>
          </w:p>
        </w:tc>
        <w:tc>
          <w:tcPr>
            <w:tcW w:w="765" w:type="dxa"/>
            <w:vAlign w:val="center"/>
          </w:tcPr>
          <w:p w14:paraId="02CB88DF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291,40343</w:t>
            </w:r>
          </w:p>
        </w:tc>
        <w:tc>
          <w:tcPr>
            <w:tcW w:w="822" w:type="dxa"/>
            <w:vAlign w:val="center"/>
          </w:tcPr>
          <w:p w14:paraId="554E958C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272,66575</w:t>
            </w:r>
          </w:p>
        </w:tc>
        <w:tc>
          <w:tcPr>
            <w:tcW w:w="567" w:type="dxa"/>
            <w:vAlign w:val="center"/>
          </w:tcPr>
          <w:p w14:paraId="42CC0117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1,34</w:t>
            </w:r>
          </w:p>
        </w:tc>
        <w:tc>
          <w:tcPr>
            <w:tcW w:w="709" w:type="dxa"/>
            <w:vAlign w:val="center"/>
          </w:tcPr>
          <w:p w14:paraId="2752A90C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37,93</w:t>
            </w:r>
          </w:p>
        </w:tc>
        <w:tc>
          <w:tcPr>
            <w:tcW w:w="624" w:type="dxa"/>
            <w:vAlign w:val="center"/>
          </w:tcPr>
          <w:p w14:paraId="292BF519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99,97</w:t>
            </w:r>
          </w:p>
        </w:tc>
        <w:tc>
          <w:tcPr>
            <w:tcW w:w="454" w:type="dxa"/>
            <w:vAlign w:val="center"/>
          </w:tcPr>
          <w:p w14:paraId="16667B5A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3</w:t>
            </w:r>
          </w:p>
        </w:tc>
        <w:tc>
          <w:tcPr>
            <w:tcW w:w="709" w:type="dxa"/>
            <w:vAlign w:val="center"/>
          </w:tcPr>
          <w:p w14:paraId="7496F92B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Yerleşti</w:t>
            </w:r>
          </w:p>
        </w:tc>
        <w:tc>
          <w:tcPr>
            <w:tcW w:w="850" w:type="dxa"/>
            <w:vAlign w:val="center"/>
          </w:tcPr>
          <w:p w14:paraId="5EE1DFC7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Asıl</w:t>
            </w:r>
          </w:p>
        </w:tc>
        <w:tc>
          <w:tcPr>
            <w:tcW w:w="822" w:type="dxa"/>
            <w:vAlign w:val="center"/>
          </w:tcPr>
          <w:p w14:paraId="1A52CA8F" w14:textId="77777777" w:rsidR="0051450D" w:rsidRPr="0043353E" w:rsidRDefault="00000000">
            <w:pPr>
              <w:jc w:val="center"/>
              <w:rPr>
                <w:lang w:val="tr-TR"/>
              </w:rPr>
            </w:pPr>
            <w:r w:rsidRPr="0043353E">
              <w:rPr>
                <w:sz w:val="14"/>
                <w:lang w:val="tr-TR"/>
              </w:rPr>
              <w:t>3</w:t>
            </w:r>
          </w:p>
        </w:tc>
      </w:tr>
    </w:tbl>
    <w:p w14:paraId="09158C8E" w14:textId="77777777" w:rsidR="0051450D" w:rsidRPr="0043353E" w:rsidRDefault="0051450D">
      <w:pPr>
        <w:rPr>
          <w:lang w:val="tr-TR"/>
        </w:rPr>
      </w:pPr>
    </w:p>
    <w:p w14:paraId="1ABDE18E" w14:textId="4084DCFB" w:rsidR="0051450D" w:rsidRPr="0043353E" w:rsidRDefault="0051450D">
      <w:pPr>
        <w:rPr>
          <w:lang w:val="tr-TR"/>
        </w:rPr>
      </w:pPr>
    </w:p>
    <w:sectPr w:rsidR="0051450D" w:rsidRPr="0043353E" w:rsidSect="00034616">
      <w:pgSz w:w="16838" w:h="11906" w:orient="landscape"/>
      <w:pgMar w:top="567" w:right="454" w:bottom="56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5614790">
    <w:abstractNumId w:val="8"/>
  </w:num>
  <w:num w:numId="2" w16cid:durableId="118840434">
    <w:abstractNumId w:val="6"/>
  </w:num>
  <w:num w:numId="3" w16cid:durableId="94983315">
    <w:abstractNumId w:val="5"/>
  </w:num>
  <w:num w:numId="4" w16cid:durableId="770245399">
    <w:abstractNumId w:val="4"/>
  </w:num>
  <w:num w:numId="5" w16cid:durableId="694889741">
    <w:abstractNumId w:val="7"/>
  </w:num>
  <w:num w:numId="6" w16cid:durableId="938099235">
    <w:abstractNumId w:val="3"/>
  </w:num>
  <w:num w:numId="7" w16cid:durableId="441149687">
    <w:abstractNumId w:val="2"/>
  </w:num>
  <w:num w:numId="8" w16cid:durableId="1204051038">
    <w:abstractNumId w:val="1"/>
  </w:num>
  <w:num w:numId="9" w16cid:durableId="1826627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C8F"/>
    <w:rsid w:val="000247C2"/>
    <w:rsid w:val="00034616"/>
    <w:rsid w:val="0006063C"/>
    <w:rsid w:val="0015074B"/>
    <w:rsid w:val="0029639D"/>
    <w:rsid w:val="00326F90"/>
    <w:rsid w:val="0043353E"/>
    <w:rsid w:val="0051450D"/>
    <w:rsid w:val="00545AF2"/>
    <w:rsid w:val="00675A9C"/>
    <w:rsid w:val="0073636B"/>
    <w:rsid w:val="009B6ADB"/>
    <w:rsid w:val="00AA1D8D"/>
    <w:rsid w:val="00B100E2"/>
    <w:rsid w:val="00B47730"/>
    <w:rsid w:val="00CB0664"/>
    <w:rsid w:val="00EA5B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E25EB"/>
  <w14:defaultImageDpi w14:val="330"/>
  <w15:docId w15:val="{7D14A179-BDD7-4A90-94D1-DBF5FD56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Hakem 1</cp:lastModifiedBy>
  <cp:revision>9</cp:revision>
  <dcterms:created xsi:type="dcterms:W3CDTF">2013-12-23T23:15:00Z</dcterms:created>
  <dcterms:modified xsi:type="dcterms:W3CDTF">2026-08-14T08:26:00Z</dcterms:modified>
  <cp:category/>
</cp:coreProperties>
</file>