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806EA" w14:textId="2ED4081E" w:rsidR="000212B7" w:rsidRPr="00330993" w:rsidRDefault="000212B7" w:rsidP="00625941">
      <w:pPr>
        <w:spacing w:after="120"/>
      </w:pP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3119"/>
        <w:gridCol w:w="992"/>
        <w:gridCol w:w="567"/>
        <w:gridCol w:w="3758"/>
        <w:gridCol w:w="1400"/>
        <w:gridCol w:w="1450"/>
        <w:gridCol w:w="1684"/>
      </w:tblGrid>
      <w:tr w:rsidR="000212B7" w:rsidRPr="00330993" w14:paraId="332ADBE0" w14:textId="77777777" w:rsidTr="00FE161C">
        <w:trPr>
          <w:trHeight w:val="500"/>
          <w:tblHeader/>
          <w:jc w:val="center"/>
        </w:trPr>
        <w:tc>
          <w:tcPr>
            <w:tcW w:w="1134" w:type="dxa"/>
            <w:shd w:val="clear" w:color="auto" w:fill="D9D9D9"/>
            <w:vAlign w:val="center"/>
          </w:tcPr>
          <w:p w14:paraId="30EE1C25" w14:textId="77777777" w:rsidR="000212B7" w:rsidRPr="00330993" w:rsidRDefault="000000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Dersin Kodu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39BA88D0" w14:textId="77777777" w:rsidR="000212B7" w:rsidRPr="00330993" w:rsidRDefault="000000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Ders Adı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441F7771" w14:textId="77777777" w:rsidR="000212B7" w:rsidRPr="00330993" w:rsidRDefault="000000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T+U+L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063608C4" w14:textId="77777777" w:rsidR="000212B7" w:rsidRPr="00330993" w:rsidRDefault="000000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Z/S</w:t>
            </w:r>
          </w:p>
        </w:tc>
        <w:tc>
          <w:tcPr>
            <w:tcW w:w="3758" w:type="dxa"/>
            <w:shd w:val="clear" w:color="auto" w:fill="D9D9D9"/>
            <w:vAlign w:val="center"/>
          </w:tcPr>
          <w:p w14:paraId="61FAEB18" w14:textId="77777777" w:rsidR="000212B7" w:rsidRPr="00330993" w:rsidRDefault="000000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Sınavın Uygulama şekli (Ödev, proje, çevrim içi çoktan seçmeli gibi)</w:t>
            </w:r>
          </w:p>
        </w:tc>
        <w:tc>
          <w:tcPr>
            <w:tcW w:w="1400" w:type="dxa"/>
            <w:shd w:val="clear" w:color="auto" w:fill="D9D9D9"/>
            <w:vAlign w:val="center"/>
          </w:tcPr>
          <w:p w14:paraId="7219D1C8" w14:textId="77777777" w:rsidR="000212B7" w:rsidRPr="00330993" w:rsidRDefault="000000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Sınav Tarihi</w:t>
            </w:r>
          </w:p>
        </w:tc>
        <w:tc>
          <w:tcPr>
            <w:tcW w:w="1450" w:type="dxa"/>
            <w:shd w:val="clear" w:color="auto" w:fill="D9D9D9"/>
            <w:vAlign w:val="center"/>
          </w:tcPr>
          <w:p w14:paraId="6391CC3B" w14:textId="77777777" w:rsidR="000212B7" w:rsidRPr="00330993" w:rsidRDefault="000000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Sınav Saati</w:t>
            </w:r>
          </w:p>
        </w:tc>
        <w:tc>
          <w:tcPr>
            <w:tcW w:w="1684" w:type="dxa"/>
            <w:shd w:val="clear" w:color="auto" w:fill="D9D9D9"/>
            <w:vAlign w:val="center"/>
          </w:tcPr>
          <w:p w14:paraId="6B54E6E5" w14:textId="77777777" w:rsidR="000212B7" w:rsidRPr="00330993" w:rsidRDefault="00000000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Sınav Yeri</w:t>
            </w:r>
          </w:p>
        </w:tc>
      </w:tr>
      <w:tr w:rsidR="00FE161C" w:rsidRPr="00330993" w14:paraId="2B70B685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0E41DD72" w14:textId="77777777" w:rsidR="00FE161C" w:rsidRPr="00330993" w:rsidRDefault="00FE161C" w:rsidP="00FE161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BBY1001</w:t>
            </w:r>
          </w:p>
        </w:tc>
        <w:tc>
          <w:tcPr>
            <w:tcW w:w="3119" w:type="dxa"/>
            <w:vAlign w:val="center"/>
          </w:tcPr>
          <w:p w14:paraId="0FD91351" w14:textId="77777777" w:rsidR="00FE161C" w:rsidRPr="00330993" w:rsidRDefault="00FE161C" w:rsidP="00FE161C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Bilgi ve Belge Yönetimine Giriş</w:t>
            </w:r>
          </w:p>
        </w:tc>
        <w:tc>
          <w:tcPr>
            <w:tcW w:w="992" w:type="dxa"/>
            <w:vAlign w:val="center"/>
          </w:tcPr>
          <w:p w14:paraId="15C6C70C" w14:textId="3E0F3CF3" w:rsidR="00FE161C" w:rsidRPr="00330993" w:rsidRDefault="00FF434F" w:rsidP="00FE161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05CEC8D1" w14:textId="1EC10539" w:rsidR="00FE161C" w:rsidRPr="00330993" w:rsidRDefault="00FE161C" w:rsidP="00FE161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68FAA8E7" w14:textId="5C19F726" w:rsidR="00FE161C" w:rsidRPr="00330993" w:rsidRDefault="00FE161C" w:rsidP="00FE161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732EA1D9" w14:textId="61F1AFE6" w:rsidR="00FE161C" w:rsidRPr="00330993" w:rsidRDefault="00FE161C" w:rsidP="00FE161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</w:t>
            </w:r>
            <w:r w:rsidR="00330993">
              <w:rPr>
                <w:rFonts w:ascii="Times New Roman" w:hAnsi="Times New Roman" w:cs="Times New Roman"/>
                <w:szCs w:val="20"/>
              </w:rPr>
              <w:t>3</w:t>
            </w:r>
            <w:r w:rsidRPr="00330993">
              <w:rPr>
                <w:rFonts w:ascii="Times New Roman" w:hAnsi="Times New Roman" w:cs="Times New Roman"/>
                <w:szCs w:val="20"/>
              </w:rPr>
              <w:t>.11.2026</w:t>
            </w:r>
          </w:p>
        </w:tc>
        <w:tc>
          <w:tcPr>
            <w:tcW w:w="1450" w:type="dxa"/>
            <w:vAlign w:val="center"/>
          </w:tcPr>
          <w:p w14:paraId="5F03EC4E" w14:textId="77777777" w:rsidR="00FE161C" w:rsidRPr="00330993" w:rsidRDefault="00FE161C" w:rsidP="00FE161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09:30-10:45</w:t>
            </w:r>
          </w:p>
        </w:tc>
        <w:tc>
          <w:tcPr>
            <w:tcW w:w="1684" w:type="dxa"/>
          </w:tcPr>
          <w:p w14:paraId="348D4A86" w14:textId="54F28FF8" w:rsidR="00FE161C" w:rsidRPr="00330993" w:rsidRDefault="00FE161C" w:rsidP="00FE161C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  <w:r w:rsidR="00FF434F" w:rsidRPr="00330993">
              <w:rPr>
                <w:rFonts w:ascii="Times New Roman" w:hAnsi="Times New Roman" w:cs="Times New Roman"/>
                <w:szCs w:val="20"/>
              </w:rPr>
              <w:t>/ B-109</w:t>
            </w:r>
          </w:p>
        </w:tc>
      </w:tr>
      <w:tr w:rsidR="00FF434F" w:rsidRPr="00330993" w14:paraId="0A95EEE0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1E16DCDE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BBY1003</w:t>
            </w:r>
          </w:p>
        </w:tc>
        <w:tc>
          <w:tcPr>
            <w:tcW w:w="3119" w:type="dxa"/>
            <w:vAlign w:val="center"/>
          </w:tcPr>
          <w:p w14:paraId="6E23EE3D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Bilgi Merkezi Türleri</w:t>
            </w:r>
          </w:p>
        </w:tc>
        <w:tc>
          <w:tcPr>
            <w:tcW w:w="992" w:type="dxa"/>
            <w:vAlign w:val="center"/>
          </w:tcPr>
          <w:p w14:paraId="73777FD6" w14:textId="67BBB2DC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4A702150" w14:textId="6DF217DF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4ABADB8B" w14:textId="6B2B562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7D854965" w14:textId="6AA9E92B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</w:t>
            </w:r>
            <w:r w:rsidR="00EF40C2">
              <w:rPr>
                <w:rFonts w:ascii="Times New Roman" w:hAnsi="Times New Roman" w:cs="Times New Roman"/>
                <w:szCs w:val="20"/>
              </w:rPr>
              <w:t>5</w:t>
            </w:r>
            <w:r w:rsidRPr="00330993">
              <w:rPr>
                <w:rFonts w:ascii="Times New Roman" w:hAnsi="Times New Roman" w:cs="Times New Roman"/>
                <w:szCs w:val="20"/>
              </w:rPr>
              <w:t>.11.2026</w:t>
            </w:r>
          </w:p>
        </w:tc>
        <w:tc>
          <w:tcPr>
            <w:tcW w:w="1450" w:type="dxa"/>
            <w:vAlign w:val="center"/>
          </w:tcPr>
          <w:p w14:paraId="7D5DA917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09:30-10:45</w:t>
            </w:r>
          </w:p>
        </w:tc>
        <w:tc>
          <w:tcPr>
            <w:tcW w:w="1684" w:type="dxa"/>
          </w:tcPr>
          <w:p w14:paraId="0D2CCBDF" w14:textId="5770B681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B-204/ B-109</w:t>
            </w:r>
          </w:p>
        </w:tc>
      </w:tr>
      <w:tr w:rsidR="00FF434F" w:rsidRPr="00330993" w14:paraId="4B1E0101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34F9B814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BBY1005</w:t>
            </w:r>
          </w:p>
        </w:tc>
        <w:tc>
          <w:tcPr>
            <w:tcW w:w="3119" w:type="dxa"/>
            <w:vAlign w:val="center"/>
          </w:tcPr>
          <w:p w14:paraId="6B17B3A6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Bilişim Teknolojileri</w:t>
            </w:r>
          </w:p>
        </w:tc>
        <w:tc>
          <w:tcPr>
            <w:tcW w:w="992" w:type="dxa"/>
            <w:vAlign w:val="center"/>
          </w:tcPr>
          <w:p w14:paraId="0753E616" w14:textId="26C98F18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38AE9A5B" w14:textId="7B8AC0BE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1D647006" w14:textId="7894FED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312A5D4A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06.11.2026</w:t>
            </w:r>
          </w:p>
        </w:tc>
        <w:tc>
          <w:tcPr>
            <w:tcW w:w="1450" w:type="dxa"/>
            <w:vAlign w:val="center"/>
          </w:tcPr>
          <w:p w14:paraId="4149A1D2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15:00-15:55</w:t>
            </w:r>
          </w:p>
        </w:tc>
        <w:tc>
          <w:tcPr>
            <w:tcW w:w="1684" w:type="dxa"/>
          </w:tcPr>
          <w:p w14:paraId="40D1C922" w14:textId="64B4851F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B-204/ B-109</w:t>
            </w:r>
          </w:p>
        </w:tc>
      </w:tr>
      <w:tr w:rsidR="00FF434F" w:rsidRPr="00330993" w14:paraId="7D67C0E5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59197388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BBY1007</w:t>
            </w:r>
          </w:p>
        </w:tc>
        <w:tc>
          <w:tcPr>
            <w:tcW w:w="3119" w:type="dxa"/>
            <w:vAlign w:val="center"/>
          </w:tcPr>
          <w:p w14:paraId="4071FF06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Toplum ve İletişim</w:t>
            </w:r>
          </w:p>
        </w:tc>
        <w:tc>
          <w:tcPr>
            <w:tcW w:w="992" w:type="dxa"/>
            <w:vAlign w:val="center"/>
          </w:tcPr>
          <w:p w14:paraId="7051621E" w14:textId="1D835826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7D2E0A09" w14:textId="1511273F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6A440642" w14:textId="070174DF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4EB11015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02.11.2026</w:t>
            </w:r>
          </w:p>
        </w:tc>
        <w:tc>
          <w:tcPr>
            <w:tcW w:w="1450" w:type="dxa"/>
            <w:vAlign w:val="center"/>
          </w:tcPr>
          <w:p w14:paraId="79C2C400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13:00-14:00</w:t>
            </w:r>
          </w:p>
        </w:tc>
        <w:tc>
          <w:tcPr>
            <w:tcW w:w="1684" w:type="dxa"/>
          </w:tcPr>
          <w:p w14:paraId="3FE6340E" w14:textId="60D0E911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B-01</w:t>
            </w:r>
          </w:p>
        </w:tc>
      </w:tr>
      <w:tr w:rsidR="00FF434F" w:rsidRPr="00330993" w14:paraId="15F6EA5F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105FF9CB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OZD0101</w:t>
            </w:r>
          </w:p>
        </w:tc>
        <w:tc>
          <w:tcPr>
            <w:tcW w:w="3119" w:type="dxa"/>
            <w:vAlign w:val="center"/>
          </w:tcPr>
          <w:p w14:paraId="4CFEAA1A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Türk Dili I</w:t>
            </w:r>
          </w:p>
        </w:tc>
        <w:tc>
          <w:tcPr>
            <w:tcW w:w="992" w:type="dxa"/>
            <w:vAlign w:val="center"/>
          </w:tcPr>
          <w:p w14:paraId="60D07A9D" w14:textId="46D15703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2+0+0</w:t>
            </w:r>
          </w:p>
        </w:tc>
        <w:tc>
          <w:tcPr>
            <w:tcW w:w="567" w:type="dxa"/>
            <w:vAlign w:val="center"/>
          </w:tcPr>
          <w:p w14:paraId="38FCCAB4" w14:textId="4E1B56DB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54F923EC" w14:textId="5DED3EBD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Çoktan Seçmeli Test</w:t>
            </w:r>
          </w:p>
        </w:tc>
        <w:tc>
          <w:tcPr>
            <w:tcW w:w="1400" w:type="dxa"/>
            <w:vAlign w:val="center"/>
          </w:tcPr>
          <w:p w14:paraId="74E3E7FA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07.11.2026</w:t>
            </w:r>
          </w:p>
        </w:tc>
        <w:tc>
          <w:tcPr>
            <w:tcW w:w="1450" w:type="dxa"/>
            <w:vAlign w:val="center"/>
          </w:tcPr>
          <w:p w14:paraId="66475A74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16:00-16:55</w:t>
            </w:r>
          </w:p>
        </w:tc>
        <w:tc>
          <w:tcPr>
            <w:tcW w:w="1684" w:type="dxa"/>
          </w:tcPr>
          <w:p w14:paraId="5A65FF10" w14:textId="1FBE45BA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551A6D2F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3C8A0505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OZD0103</w:t>
            </w:r>
          </w:p>
        </w:tc>
        <w:tc>
          <w:tcPr>
            <w:tcW w:w="3119" w:type="dxa"/>
            <w:vAlign w:val="center"/>
          </w:tcPr>
          <w:p w14:paraId="15EF67BC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Atatürk İlkeleri ve İnkılap Tarihi I</w:t>
            </w:r>
          </w:p>
        </w:tc>
        <w:tc>
          <w:tcPr>
            <w:tcW w:w="992" w:type="dxa"/>
            <w:vAlign w:val="center"/>
          </w:tcPr>
          <w:p w14:paraId="1C6B65C0" w14:textId="772ABB0C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2+0+0</w:t>
            </w:r>
          </w:p>
        </w:tc>
        <w:tc>
          <w:tcPr>
            <w:tcW w:w="567" w:type="dxa"/>
            <w:vAlign w:val="center"/>
          </w:tcPr>
          <w:p w14:paraId="5F2B310B" w14:textId="09DFE78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170558FA" w14:textId="718CCD8C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Çoktan Seçmeli Test</w:t>
            </w:r>
          </w:p>
        </w:tc>
        <w:tc>
          <w:tcPr>
            <w:tcW w:w="1400" w:type="dxa"/>
            <w:vAlign w:val="center"/>
          </w:tcPr>
          <w:p w14:paraId="43332A77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07.11.2026</w:t>
            </w:r>
          </w:p>
        </w:tc>
        <w:tc>
          <w:tcPr>
            <w:tcW w:w="1450" w:type="dxa"/>
            <w:vAlign w:val="center"/>
          </w:tcPr>
          <w:p w14:paraId="1CF0E130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15:00-15:55</w:t>
            </w:r>
          </w:p>
        </w:tc>
        <w:tc>
          <w:tcPr>
            <w:tcW w:w="1684" w:type="dxa"/>
          </w:tcPr>
          <w:p w14:paraId="5FFBACA0" w14:textId="5F520DC3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62899A0C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71DB95F6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OZD1101</w:t>
            </w:r>
          </w:p>
        </w:tc>
        <w:tc>
          <w:tcPr>
            <w:tcW w:w="3119" w:type="dxa"/>
            <w:vAlign w:val="center"/>
          </w:tcPr>
          <w:p w14:paraId="1015022B" w14:textId="30C737C2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Yabancı Dil I</w:t>
            </w:r>
          </w:p>
        </w:tc>
        <w:tc>
          <w:tcPr>
            <w:tcW w:w="992" w:type="dxa"/>
            <w:vAlign w:val="center"/>
          </w:tcPr>
          <w:p w14:paraId="1100F295" w14:textId="40B47419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2+0+0</w:t>
            </w:r>
          </w:p>
        </w:tc>
        <w:tc>
          <w:tcPr>
            <w:tcW w:w="567" w:type="dxa"/>
            <w:vAlign w:val="center"/>
          </w:tcPr>
          <w:p w14:paraId="6C66F220" w14:textId="6DC1E2F5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4463B813" w14:textId="41B65B7C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Çoktan Seçmeli Test</w:t>
            </w:r>
          </w:p>
        </w:tc>
        <w:tc>
          <w:tcPr>
            <w:tcW w:w="1400" w:type="dxa"/>
            <w:vAlign w:val="center"/>
          </w:tcPr>
          <w:p w14:paraId="409993E2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07.11.2026</w:t>
            </w:r>
          </w:p>
        </w:tc>
        <w:tc>
          <w:tcPr>
            <w:tcW w:w="1450" w:type="dxa"/>
            <w:vAlign w:val="center"/>
          </w:tcPr>
          <w:p w14:paraId="5ECB1CEA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14:00-14:55</w:t>
            </w:r>
          </w:p>
        </w:tc>
        <w:tc>
          <w:tcPr>
            <w:tcW w:w="1684" w:type="dxa"/>
          </w:tcPr>
          <w:p w14:paraId="312138B7" w14:textId="58AD2686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0913786B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53E7A8D5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BBY2001</w:t>
            </w:r>
          </w:p>
        </w:tc>
        <w:tc>
          <w:tcPr>
            <w:tcW w:w="3119" w:type="dxa"/>
            <w:vAlign w:val="center"/>
          </w:tcPr>
          <w:p w14:paraId="7944D17C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Bilginin Düzenlenmesi</w:t>
            </w:r>
          </w:p>
        </w:tc>
        <w:tc>
          <w:tcPr>
            <w:tcW w:w="992" w:type="dxa"/>
            <w:vAlign w:val="center"/>
          </w:tcPr>
          <w:p w14:paraId="602587A4" w14:textId="55602A78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1AD199B0" w14:textId="422CC4B2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7601B91F" w14:textId="0BE085FB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3B27BF57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04.11.2026</w:t>
            </w:r>
          </w:p>
        </w:tc>
        <w:tc>
          <w:tcPr>
            <w:tcW w:w="1450" w:type="dxa"/>
            <w:vAlign w:val="center"/>
          </w:tcPr>
          <w:p w14:paraId="7EE447CA" w14:textId="26AF42D2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</w:t>
            </w:r>
            <w:r w:rsidR="00244121" w:rsidRPr="00330993">
              <w:rPr>
                <w:rFonts w:ascii="Times New Roman" w:hAnsi="Times New Roman" w:cs="Times New Roman"/>
                <w:szCs w:val="20"/>
              </w:rPr>
              <w:t>1</w:t>
            </w:r>
            <w:r w:rsidRPr="00330993">
              <w:rPr>
                <w:rFonts w:ascii="Times New Roman" w:hAnsi="Times New Roman" w:cs="Times New Roman"/>
                <w:szCs w:val="20"/>
              </w:rPr>
              <w:t>:</w:t>
            </w:r>
            <w:r w:rsidR="00244121" w:rsidRPr="00330993">
              <w:rPr>
                <w:rFonts w:ascii="Times New Roman" w:hAnsi="Times New Roman" w:cs="Times New Roman"/>
                <w:szCs w:val="20"/>
              </w:rPr>
              <w:t>0</w:t>
            </w:r>
            <w:r w:rsidRPr="00330993">
              <w:rPr>
                <w:rFonts w:ascii="Times New Roman" w:hAnsi="Times New Roman" w:cs="Times New Roman"/>
                <w:szCs w:val="20"/>
              </w:rPr>
              <w:t>0-</w:t>
            </w:r>
            <w:r w:rsidR="00244121" w:rsidRPr="00330993">
              <w:rPr>
                <w:rFonts w:ascii="Times New Roman" w:hAnsi="Times New Roman" w:cs="Times New Roman"/>
                <w:szCs w:val="20"/>
              </w:rPr>
              <w:t>12</w:t>
            </w:r>
            <w:r w:rsidRPr="00330993">
              <w:rPr>
                <w:rFonts w:ascii="Times New Roman" w:hAnsi="Times New Roman" w:cs="Times New Roman"/>
                <w:szCs w:val="20"/>
              </w:rPr>
              <w:t>:</w:t>
            </w:r>
            <w:r w:rsidR="00244121" w:rsidRPr="00330993">
              <w:rPr>
                <w:rFonts w:ascii="Times New Roman" w:hAnsi="Times New Roman" w:cs="Times New Roman"/>
                <w:szCs w:val="20"/>
              </w:rPr>
              <w:t>15</w:t>
            </w:r>
          </w:p>
        </w:tc>
        <w:tc>
          <w:tcPr>
            <w:tcW w:w="1684" w:type="dxa"/>
          </w:tcPr>
          <w:p w14:paraId="16A312C3" w14:textId="1C411603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B-204/ B-109</w:t>
            </w:r>
          </w:p>
        </w:tc>
      </w:tr>
      <w:tr w:rsidR="00FF434F" w:rsidRPr="00330993" w14:paraId="606AF96D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4AFF4F7A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BBY2003</w:t>
            </w:r>
          </w:p>
        </w:tc>
        <w:tc>
          <w:tcPr>
            <w:tcW w:w="3119" w:type="dxa"/>
            <w:vAlign w:val="center"/>
          </w:tcPr>
          <w:p w14:paraId="3F98D469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Derme Yönetimi</w:t>
            </w:r>
          </w:p>
        </w:tc>
        <w:tc>
          <w:tcPr>
            <w:tcW w:w="992" w:type="dxa"/>
            <w:vAlign w:val="center"/>
          </w:tcPr>
          <w:p w14:paraId="651998DC" w14:textId="654A1602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220A0C29" w14:textId="4A82A586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76814B5F" w14:textId="3F80B12B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59356A7B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05.11.2026</w:t>
            </w:r>
          </w:p>
        </w:tc>
        <w:tc>
          <w:tcPr>
            <w:tcW w:w="1450" w:type="dxa"/>
            <w:vAlign w:val="center"/>
          </w:tcPr>
          <w:p w14:paraId="7142CAF8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11:00-12:15</w:t>
            </w:r>
          </w:p>
        </w:tc>
        <w:tc>
          <w:tcPr>
            <w:tcW w:w="1684" w:type="dxa"/>
          </w:tcPr>
          <w:p w14:paraId="2A718794" w14:textId="7B950BD6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B-204/ B-109</w:t>
            </w:r>
          </w:p>
        </w:tc>
      </w:tr>
      <w:tr w:rsidR="00FF434F" w:rsidRPr="00330993" w14:paraId="5B842EC5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02EFC170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BBY2005</w:t>
            </w:r>
          </w:p>
        </w:tc>
        <w:tc>
          <w:tcPr>
            <w:tcW w:w="3119" w:type="dxa"/>
            <w:vAlign w:val="center"/>
          </w:tcPr>
          <w:p w14:paraId="42DC9C4F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Bilgi Arama ve Erişim</w:t>
            </w:r>
          </w:p>
        </w:tc>
        <w:tc>
          <w:tcPr>
            <w:tcW w:w="992" w:type="dxa"/>
            <w:vAlign w:val="center"/>
          </w:tcPr>
          <w:p w14:paraId="24656C81" w14:textId="663B3174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62004742" w14:textId="1114DCC0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3FBAAA3C" w14:textId="4719A74C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772191EA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06.11.2026</w:t>
            </w:r>
          </w:p>
        </w:tc>
        <w:tc>
          <w:tcPr>
            <w:tcW w:w="1450" w:type="dxa"/>
            <w:vAlign w:val="center"/>
          </w:tcPr>
          <w:p w14:paraId="5DE7C135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14:00-14:55</w:t>
            </w:r>
          </w:p>
        </w:tc>
        <w:tc>
          <w:tcPr>
            <w:tcW w:w="1684" w:type="dxa"/>
          </w:tcPr>
          <w:p w14:paraId="1EEBEA31" w14:textId="7199C151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B-204/ B-109</w:t>
            </w:r>
          </w:p>
        </w:tc>
      </w:tr>
      <w:tr w:rsidR="00FF434F" w:rsidRPr="00330993" w14:paraId="3BDE510E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790314A7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BBY2007</w:t>
            </w:r>
          </w:p>
        </w:tc>
        <w:tc>
          <w:tcPr>
            <w:tcW w:w="3119" w:type="dxa"/>
            <w:vAlign w:val="center"/>
          </w:tcPr>
          <w:p w14:paraId="063C49C0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Algoritma ve Programlama</w:t>
            </w:r>
          </w:p>
        </w:tc>
        <w:tc>
          <w:tcPr>
            <w:tcW w:w="992" w:type="dxa"/>
            <w:vAlign w:val="center"/>
          </w:tcPr>
          <w:p w14:paraId="51E6009F" w14:textId="07E50A1B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7FB2C49A" w14:textId="686567C5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082D36EB" w14:textId="3E33DEEF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49A0894C" w14:textId="77F965C9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</w:t>
            </w:r>
            <w:r w:rsidR="00EF40C2">
              <w:rPr>
                <w:rFonts w:ascii="Times New Roman" w:hAnsi="Times New Roman" w:cs="Times New Roman"/>
                <w:szCs w:val="20"/>
              </w:rPr>
              <w:t>4</w:t>
            </w:r>
            <w:r w:rsidRPr="00330993">
              <w:rPr>
                <w:rFonts w:ascii="Times New Roman" w:hAnsi="Times New Roman" w:cs="Times New Roman"/>
                <w:szCs w:val="20"/>
              </w:rPr>
              <w:t>.11.2026</w:t>
            </w:r>
          </w:p>
        </w:tc>
        <w:tc>
          <w:tcPr>
            <w:tcW w:w="1450" w:type="dxa"/>
            <w:vAlign w:val="center"/>
          </w:tcPr>
          <w:p w14:paraId="2EBFFDBB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15:30-16:30</w:t>
            </w:r>
          </w:p>
        </w:tc>
        <w:tc>
          <w:tcPr>
            <w:tcW w:w="1684" w:type="dxa"/>
          </w:tcPr>
          <w:p w14:paraId="1675AF99" w14:textId="5F7AF72B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B-204/ B-109</w:t>
            </w:r>
          </w:p>
        </w:tc>
      </w:tr>
      <w:tr w:rsidR="00FF434F" w:rsidRPr="00330993" w14:paraId="2CB1C3FC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5AD86312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BBY2009</w:t>
            </w:r>
          </w:p>
        </w:tc>
        <w:tc>
          <w:tcPr>
            <w:tcW w:w="3119" w:type="dxa"/>
            <w:vAlign w:val="center"/>
          </w:tcPr>
          <w:p w14:paraId="3A5D9357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Osmanlı Türkçesi 1</w:t>
            </w:r>
          </w:p>
        </w:tc>
        <w:tc>
          <w:tcPr>
            <w:tcW w:w="992" w:type="dxa"/>
            <w:vAlign w:val="center"/>
          </w:tcPr>
          <w:p w14:paraId="32EA365D" w14:textId="78C174EA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5E346BBE" w14:textId="154AEF59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S</w:t>
            </w:r>
          </w:p>
        </w:tc>
        <w:tc>
          <w:tcPr>
            <w:tcW w:w="3758" w:type="dxa"/>
            <w:vAlign w:val="center"/>
          </w:tcPr>
          <w:p w14:paraId="1C164FB0" w14:textId="66FC45DF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1EFBC97D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02.11.2026</w:t>
            </w:r>
          </w:p>
        </w:tc>
        <w:tc>
          <w:tcPr>
            <w:tcW w:w="1450" w:type="dxa"/>
            <w:vAlign w:val="center"/>
          </w:tcPr>
          <w:p w14:paraId="3C6D7CE1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15:30-16:30</w:t>
            </w:r>
          </w:p>
        </w:tc>
        <w:tc>
          <w:tcPr>
            <w:tcW w:w="1684" w:type="dxa"/>
          </w:tcPr>
          <w:p w14:paraId="4F5C8D9E" w14:textId="56F8D0BD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B-204/ B-109</w:t>
            </w:r>
          </w:p>
        </w:tc>
      </w:tr>
      <w:tr w:rsidR="00FF434F" w:rsidRPr="00330993" w14:paraId="11601A0D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3AB86F5E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BBY2015</w:t>
            </w:r>
          </w:p>
        </w:tc>
        <w:tc>
          <w:tcPr>
            <w:tcW w:w="3119" w:type="dxa"/>
            <w:vAlign w:val="center"/>
          </w:tcPr>
          <w:p w14:paraId="5095344D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Okul Kütüphaneleri</w:t>
            </w:r>
          </w:p>
        </w:tc>
        <w:tc>
          <w:tcPr>
            <w:tcW w:w="992" w:type="dxa"/>
            <w:vAlign w:val="center"/>
          </w:tcPr>
          <w:p w14:paraId="07044EEF" w14:textId="79D29EA3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2+0+0</w:t>
            </w:r>
          </w:p>
        </w:tc>
        <w:tc>
          <w:tcPr>
            <w:tcW w:w="567" w:type="dxa"/>
            <w:vAlign w:val="center"/>
          </w:tcPr>
          <w:p w14:paraId="4B54DBF3" w14:textId="76CCE9B1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S</w:t>
            </w:r>
          </w:p>
        </w:tc>
        <w:tc>
          <w:tcPr>
            <w:tcW w:w="3758" w:type="dxa"/>
            <w:vAlign w:val="center"/>
          </w:tcPr>
          <w:p w14:paraId="1186CACD" w14:textId="77116E0D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7B1EE5EC" w14:textId="59C8E155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</w:t>
            </w:r>
            <w:r w:rsidR="00EF40C2">
              <w:rPr>
                <w:rFonts w:ascii="Times New Roman" w:hAnsi="Times New Roman" w:cs="Times New Roman"/>
                <w:szCs w:val="20"/>
              </w:rPr>
              <w:t>5</w:t>
            </w:r>
            <w:r w:rsidRPr="00330993">
              <w:rPr>
                <w:rFonts w:ascii="Times New Roman" w:hAnsi="Times New Roman" w:cs="Times New Roman"/>
                <w:szCs w:val="20"/>
              </w:rPr>
              <w:t>.11.2026</w:t>
            </w:r>
          </w:p>
        </w:tc>
        <w:tc>
          <w:tcPr>
            <w:tcW w:w="1450" w:type="dxa"/>
            <w:vAlign w:val="center"/>
          </w:tcPr>
          <w:p w14:paraId="6B678B90" w14:textId="782857D1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</w:t>
            </w:r>
            <w:r w:rsidR="00EF40C2">
              <w:rPr>
                <w:rFonts w:ascii="Times New Roman" w:hAnsi="Times New Roman" w:cs="Times New Roman"/>
                <w:szCs w:val="20"/>
              </w:rPr>
              <w:t>4</w:t>
            </w:r>
            <w:r w:rsidRPr="00330993">
              <w:rPr>
                <w:rFonts w:ascii="Times New Roman" w:hAnsi="Times New Roman" w:cs="Times New Roman"/>
                <w:szCs w:val="20"/>
              </w:rPr>
              <w:t>:</w:t>
            </w:r>
            <w:r w:rsidR="00EF40C2">
              <w:rPr>
                <w:rFonts w:ascii="Times New Roman" w:hAnsi="Times New Roman" w:cs="Times New Roman"/>
                <w:szCs w:val="20"/>
              </w:rPr>
              <w:t>15</w:t>
            </w:r>
            <w:r w:rsidRPr="00330993">
              <w:rPr>
                <w:rFonts w:ascii="Times New Roman" w:hAnsi="Times New Roman" w:cs="Times New Roman"/>
                <w:szCs w:val="20"/>
              </w:rPr>
              <w:t>-1</w:t>
            </w:r>
            <w:r w:rsidR="00EF40C2">
              <w:rPr>
                <w:rFonts w:ascii="Times New Roman" w:hAnsi="Times New Roman" w:cs="Times New Roman"/>
                <w:szCs w:val="20"/>
              </w:rPr>
              <w:t>5</w:t>
            </w:r>
            <w:r w:rsidRPr="00330993">
              <w:rPr>
                <w:rFonts w:ascii="Times New Roman" w:hAnsi="Times New Roman" w:cs="Times New Roman"/>
                <w:szCs w:val="20"/>
              </w:rPr>
              <w:t>:15</w:t>
            </w:r>
          </w:p>
        </w:tc>
        <w:tc>
          <w:tcPr>
            <w:tcW w:w="1684" w:type="dxa"/>
          </w:tcPr>
          <w:p w14:paraId="7E6204D3" w14:textId="292BC280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76AC250B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2ED420E4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BBY2017</w:t>
            </w:r>
          </w:p>
        </w:tc>
        <w:tc>
          <w:tcPr>
            <w:tcW w:w="3119" w:type="dxa"/>
            <w:vAlign w:val="center"/>
          </w:tcPr>
          <w:p w14:paraId="1AFE9F33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Bilgi Güvenliği</w:t>
            </w:r>
          </w:p>
        </w:tc>
        <w:tc>
          <w:tcPr>
            <w:tcW w:w="992" w:type="dxa"/>
            <w:vAlign w:val="center"/>
          </w:tcPr>
          <w:p w14:paraId="352E2F3C" w14:textId="4904338B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47D6E41E" w14:textId="2E2E2CA1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S</w:t>
            </w:r>
          </w:p>
        </w:tc>
        <w:tc>
          <w:tcPr>
            <w:tcW w:w="3758" w:type="dxa"/>
            <w:vAlign w:val="center"/>
          </w:tcPr>
          <w:p w14:paraId="19FA2C24" w14:textId="72B7D418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2D7C215E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03.11.2026</w:t>
            </w:r>
          </w:p>
        </w:tc>
        <w:tc>
          <w:tcPr>
            <w:tcW w:w="1450" w:type="dxa"/>
            <w:vAlign w:val="center"/>
          </w:tcPr>
          <w:p w14:paraId="0E18E725" w14:textId="79E54138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</w:t>
            </w:r>
            <w:r w:rsidR="00E62EB4">
              <w:rPr>
                <w:rFonts w:ascii="Times New Roman" w:hAnsi="Times New Roman" w:cs="Times New Roman"/>
                <w:szCs w:val="20"/>
              </w:rPr>
              <w:t>5</w:t>
            </w:r>
            <w:r w:rsidRPr="00330993">
              <w:rPr>
                <w:rFonts w:ascii="Times New Roman" w:hAnsi="Times New Roman" w:cs="Times New Roman"/>
                <w:szCs w:val="20"/>
              </w:rPr>
              <w:t>:</w:t>
            </w:r>
            <w:r w:rsidR="00E62EB4">
              <w:rPr>
                <w:rFonts w:ascii="Times New Roman" w:hAnsi="Times New Roman" w:cs="Times New Roman"/>
                <w:szCs w:val="20"/>
              </w:rPr>
              <w:t>3</w:t>
            </w:r>
            <w:r w:rsidRPr="00330993">
              <w:rPr>
                <w:rFonts w:ascii="Times New Roman" w:hAnsi="Times New Roman" w:cs="Times New Roman"/>
                <w:szCs w:val="20"/>
              </w:rPr>
              <w:t>0-1</w:t>
            </w:r>
            <w:r w:rsidR="00E62EB4">
              <w:rPr>
                <w:rFonts w:ascii="Times New Roman" w:hAnsi="Times New Roman" w:cs="Times New Roman"/>
                <w:szCs w:val="20"/>
              </w:rPr>
              <w:t>6</w:t>
            </w:r>
            <w:r w:rsidRPr="00330993">
              <w:rPr>
                <w:rFonts w:ascii="Times New Roman" w:hAnsi="Times New Roman" w:cs="Times New Roman"/>
                <w:szCs w:val="20"/>
              </w:rPr>
              <w:t>:</w:t>
            </w:r>
            <w:r w:rsidR="00E62EB4">
              <w:rPr>
                <w:rFonts w:ascii="Times New Roman" w:hAnsi="Times New Roman" w:cs="Times New Roman"/>
                <w:szCs w:val="20"/>
              </w:rPr>
              <w:t>30</w:t>
            </w:r>
          </w:p>
        </w:tc>
        <w:tc>
          <w:tcPr>
            <w:tcW w:w="1684" w:type="dxa"/>
          </w:tcPr>
          <w:p w14:paraId="6C6841AB" w14:textId="19BF26D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B-204/ B-109</w:t>
            </w:r>
          </w:p>
        </w:tc>
      </w:tr>
      <w:tr w:rsidR="00FF434F" w:rsidRPr="00330993" w14:paraId="19157D30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451614CD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BBY3001</w:t>
            </w:r>
          </w:p>
        </w:tc>
        <w:tc>
          <w:tcPr>
            <w:tcW w:w="3119" w:type="dxa"/>
            <w:vAlign w:val="center"/>
          </w:tcPr>
          <w:p w14:paraId="7B28D569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Araştırma Yöntem ve Teknikleri</w:t>
            </w:r>
          </w:p>
        </w:tc>
        <w:tc>
          <w:tcPr>
            <w:tcW w:w="992" w:type="dxa"/>
            <w:vAlign w:val="center"/>
          </w:tcPr>
          <w:p w14:paraId="68900E49" w14:textId="413A3F2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7980EB25" w14:textId="3C72E3BF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61C9E878" w14:textId="115081CD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19E83184" w14:textId="6A38E67A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</w:t>
            </w:r>
            <w:r w:rsidR="00330993">
              <w:rPr>
                <w:rFonts w:ascii="Times New Roman" w:hAnsi="Times New Roman" w:cs="Times New Roman"/>
                <w:szCs w:val="20"/>
              </w:rPr>
              <w:t>3</w:t>
            </w:r>
            <w:r w:rsidRPr="00330993">
              <w:rPr>
                <w:rFonts w:ascii="Times New Roman" w:hAnsi="Times New Roman" w:cs="Times New Roman"/>
                <w:szCs w:val="20"/>
              </w:rPr>
              <w:t>.11.2026</w:t>
            </w:r>
          </w:p>
        </w:tc>
        <w:tc>
          <w:tcPr>
            <w:tcW w:w="1450" w:type="dxa"/>
            <w:vAlign w:val="center"/>
          </w:tcPr>
          <w:p w14:paraId="7BC05A55" w14:textId="73DB98BA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</w:t>
            </w:r>
            <w:r w:rsidR="00B2587D">
              <w:rPr>
                <w:rFonts w:ascii="Times New Roman" w:hAnsi="Times New Roman" w:cs="Times New Roman"/>
                <w:szCs w:val="20"/>
              </w:rPr>
              <w:t>1</w:t>
            </w:r>
            <w:r w:rsidRPr="00330993">
              <w:rPr>
                <w:rFonts w:ascii="Times New Roman" w:hAnsi="Times New Roman" w:cs="Times New Roman"/>
                <w:szCs w:val="20"/>
              </w:rPr>
              <w:t>:</w:t>
            </w:r>
            <w:r w:rsidR="00B2587D">
              <w:rPr>
                <w:rFonts w:ascii="Times New Roman" w:hAnsi="Times New Roman" w:cs="Times New Roman"/>
                <w:szCs w:val="20"/>
              </w:rPr>
              <w:t>0</w:t>
            </w:r>
            <w:r w:rsidR="00330993">
              <w:rPr>
                <w:rFonts w:ascii="Times New Roman" w:hAnsi="Times New Roman" w:cs="Times New Roman"/>
                <w:szCs w:val="20"/>
              </w:rPr>
              <w:t>0</w:t>
            </w:r>
            <w:r w:rsidRPr="00330993">
              <w:rPr>
                <w:rFonts w:ascii="Times New Roman" w:hAnsi="Times New Roman" w:cs="Times New Roman"/>
                <w:szCs w:val="20"/>
              </w:rPr>
              <w:t>-</w:t>
            </w:r>
            <w:r w:rsidR="00B2587D">
              <w:rPr>
                <w:rFonts w:ascii="Times New Roman" w:hAnsi="Times New Roman" w:cs="Times New Roman"/>
                <w:szCs w:val="20"/>
              </w:rPr>
              <w:t>12</w:t>
            </w:r>
            <w:r w:rsidRPr="00330993">
              <w:rPr>
                <w:rFonts w:ascii="Times New Roman" w:hAnsi="Times New Roman" w:cs="Times New Roman"/>
                <w:szCs w:val="20"/>
              </w:rPr>
              <w:t>:</w:t>
            </w:r>
            <w:r w:rsidR="00B2587D">
              <w:rPr>
                <w:rFonts w:ascii="Times New Roman" w:hAnsi="Times New Roman" w:cs="Times New Roman"/>
                <w:szCs w:val="20"/>
              </w:rPr>
              <w:t>15</w:t>
            </w:r>
          </w:p>
        </w:tc>
        <w:tc>
          <w:tcPr>
            <w:tcW w:w="1684" w:type="dxa"/>
          </w:tcPr>
          <w:p w14:paraId="1D5676BA" w14:textId="4C1E1DEE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2A510CA1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68705614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BBY3003</w:t>
            </w:r>
          </w:p>
        </w:tc>
        <w:tc>
          <w:tcPr>
            <w:tcW w:w="3119" w:type="dxa"/>
            <w:vAlign w:val="center"/>
          </w:tcPr>
          <w:p w14:paraId="38A32D95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Kütüphane Veritabanları ve Çevrimiçi Tarama</w:t>
            </w:r>
          </w:p>
        </w:tc>
        <w:tc>
          <w:tcPr>
            <w:tcW w:w="992" w:type="dxa"/>
            <w:vAlign w:val="center"/>
          </w:tcPr>
          <w:p w14:paraId="671891AE" w14:textId="729584F8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3499B746" w14:textId="1E97E643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0818C3F6" w14:textId="58904A4C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39226B71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06.11.2026</w:t>
            </w:r>
          </w:p>
        </w:tc>
        <w:tc>
          <w:tcPr>
            <w:tcW w:w="1450" w:type="dxa"/>
            <w:vAlign w:val="center"/>
          </w:tcPr>
          <w:p w14:paraId="788094EE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09:30-11:30</w:t>
            </w:r>
          </w:p>
        </w:tc>
        <w:tc>
          <w:tcPr>
            <w:tcW w:w="1684" w:type="dxa"/>
          </w:tcPr>
          <w:p w14:paraId="77DE6837" w14:textId="5052C0AC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48751496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025E3FB4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BBY3005</w:t>
            </w:r>
          </w:p>
        </w:tc>
        <w:tc>
          <w:tcPr>
            <w:tcW w:w="3119" w:type="dxa"/>
            <w:vAlign w:val="center"/>
          </w:tcPr>
          <w:p w14:paraId="74BE8D3E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Üstveri</w:t>
            </w:r>
          </w:p>
        </w:tc>
        <w:tc>
          <w:tcPr>
            <w:tcW w:w="992" w:type="dxa"/>
            <w:vAlign w:val="center"/>
          </w:tcPr>
          <w:p w14:paraId="4D3D6DD9" w14:textId="6D1B1B12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48AC0502" w14:textId="446963F1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0A48FC24" w14:textId="327F219F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2CFD9F76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03.11.2026</w:t>
            </w:r>
          </w:p>
        </w:tc>
        <w:tc>
          <w:tcPr>
            <w:tcW w:w="1450" w:type="dxa"/>
            <w:vAlign w:val="center"/>
          </w:tcPr>
          <w:p w14:paraId="18DB360E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14:15-15:15</w:t>
            </w:r>
          </w:p>
        </w:tc>
        <w:tc>
          <w:tcPr>
            <w:tcW w:w="1684" w:type="dxa"/>
          </w:tcPr>
          <w:p w14:paraId="2CB575CD" w14:textId="1C7A8340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5D2F19BA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4EA39389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BBY3007</w:t>
            </w:r>
          </w:p>
        </w:tc>
        <w:tc>
          <w:tcPr>
            <w:tcW w:w="3119" w:type="dxa"/>
            <w:vAlign w:val="center"/>
          </w:tcPr>
          <w:p w14:paraId="745FCED3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Web Tabanlı Programlama</w:t>
            </w:r>
          </w:p>
        </w:tc>
        <w:tc>
          <w:tcPr>
            <w:tcW w:w="992" w:type="dxa"/>
            <w:vAlign w:val="center"/>
          </w:tcPr>
          <w:p w14:paraId="1A8E6F9D" w14:textId="43EA80D8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655C905B" w14:textId="1A2BF8F5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2B1AE759" w14:textId="5239ACB3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422A1793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02.11.2026</w:t>
            </w:r>
          </w:p>
        </w:tc>
        <w:tc>
          <w:tcPr>
            <w:tcW w:w="1450" w:type="dxa"/>
            <w:vAlign w:val="center"/>
          </w:tcPr>
          <w:p w14:paraId="63D73EDD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14:15-15:15</w:t>
            </w:r>
          </w:p>
        </w:tc>
        <w:tc>
          <w:tcPr>
            <w:tcW w:w="1684" w:type="dxa"/>
          </w:tcPr>
          <w:p w14:paraId="539383AB" w14:textId="4E1F82FE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401D4F77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72FACFE8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BBY3009</w:t>
            </w:r>
          </w:p>
        </w:tc>
        <w:tc>
          <w:tcPr>
            <w:tcW w:w="3119" w:type="dxa"/>
            <w:vAlign w:val="center"/>
          </w:tcPr>
          <w:p w14:paraId="1B06E13C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Arşiv Yönetimi</w:t>
            </w:r>
          </w:p>
        </w:tc>
        <w:tc>
          <w:tcPr>
            <w:tcW w:w="992" w:type="dxa"/>
            <w:vAlign w:val="center"/>
          </w:tcPr>
          <w:p w14:paraId="71FB6847" w14:textId="165DA953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54DC4F72" w14:textId="39452F03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S</w:t>
            </w:r>
          </w:p>
        </w:tc>
        <w:tc>
          <w:tcPr>
            <w:tcW w:w="3758" w:type="dxa"/>
            <w:vAlign w:val="center"/>
          </w:tcPr>
          <w:p w14:paraId="22E0B8BC" w14:textId="09A32400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221BC27D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02.11.2026</w:t>
            </w:r>
          </w:p>
        </w:tc>
        <w:tc>
          <w:tcPr>
            <w:tcW w:w="1450" w:type="dxa"/>
            <w:vAlign w:val="center"/>
          </w:tcPr>
          <w:p w14:paraId="1E01061C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09:30-10:45</w:t>
            </w:r>
          </w:p>
        </w:tc>
        <w:tc>
          <w:tcPr>
            <w:tcW w:w="1684" w:type="dxa"/>
          </w:tcPr>
          <w:p w14:paraId="28542BB4" w14:textId="20F535E0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31B886E5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3F7E4F1D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BBY3013</w:t>
            </w:r>
          </w:p>
        </w:tc>
        <w:tc>
          <w:tcPr>
            <w:tcW w:w="3119" w:type="dxa"/>
            <w:vAlign w:val="center"/>
          </w:tcPr>
          <w:p w14:paraId="6BADDEEE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Mesleki İngilizce 1</w:t>
            </w:r>
          </w:p>
        </w:tc>
        <w:tc>
          <w:tcPr>
            <w:tcW w:w="992" w:type="dxa"/>
            <w:vAlign w:val="center"/>
          </w:tcPr>
          <w:p w14:paraId="084E30AC" w14:textId="22359A3D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3AADF2A7" w14:textId="5EB6DFF9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S</w:t>
            </w:r>
          </w:p>
        </w:tc>
        <w:tc>
          <w:tcPr>
            <w:tcW w:w="3758" w:type="dxa"/>
            <w:vAlign w:val="center"/>
          </w:tcPr>
          <w:p w14:paraId="3E42C50A" w14:textId="52A8C6BA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228DD857" w14:textId="17485F95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</w:t>
            </w:r>
            <w:r w:rsidR="00EF40C2">
              <w:rPr>
                <w:rFonts w:ascii="Times New Roman" w:hAnsi="Times New Roman" w:cs="Times New Roman"/>
                <w:szCs w:val="20"/>
              </w:rPr>
              <w:t>5</w:t>
            </w:r>
            <w:r w:rsidRPr="00330993">
              <w:rPr>
                <w:rFonts w:ascii="Times New Roman" w:hAnsi="Times New Roman" w:cs="Times New Roman"/>
                <w:szCs w:val="20"/>
              </w:rPr>
              <w:t>.11.2026</w:t>
            </w:r>
          </w:p>
        </w:tc>
        <w:tc>
          <w:tcPr>
            <w:tcW w:w="1450" w:type="dxa"/>
            <w:vAlign w:val="center"/>
          </w:tcPr>
          <w:p w14:paraId="36B154ED" w14:textId="416E547B" w:rsidR="00FF434F" w:rsidRPr="00330993" w:rsidRDefault="00EF40C2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15</w:t>
            </w:r>
            <w:r w:rsidR="00FF434F" w:rsidRPr="00330993">
              <w:rPr>
                <w:rFonts w:ascii="Times New Roman" w:hAnsi="Times New Roman" w:cs="Times New Roman"/>
                <w:szCs w:val="20"/>
              </w:rPr>
              <w:t>:30-1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  <w:r w:rsidR="00FF434F" w:rsidRPr="00330993">
              <w:rPr>
                <w:rFonts w:ascii="Times New Roman" w:hAnsi="Times New Roman" w:cs="Times New Roman"/>
                <w:szCs w:val="20"/>
              </w:rPr>
              <w:t>:</w:t>
            </w:r>
            <w:r>
              <w:rPr>
                <w:rFonts w:ascii="Times New Roman" w:hAnsi="Times New Roman" w:cs="Times New Roman"/>
                <w:szCs w:val="20"/>
              </w:rPr>
              <w:t>30</w:t>
            </w:r>
          </w:p>
        </w:tc>
        <w:tc>
          <w:tcPr>
            <w:tcW w:w="1684" w:type="dxa"/>
          </w:tcPr>
          <w:p w14:paraId="4C13E156" w14:textId="5073430F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6D26FE39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0F1BD330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BBY3015</w:t>
            </w:r>
          </w:p>
        </w:tc>
        <w:tc>
          <w:tcPr>
            <w:tcW w:w="3119" w:type="dxa"/>
            <w:vAlign w:val="center"/>
          </w:tcPr>
          <w:p w14:paraId="3981A3AB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Müzelerde Bilgi Yönetimi</w:t>
            </w:r>
          </w:p>
        </w:tc>
        <w:tc>
          <w:tcPr>
            <w:tcW w:w="992" w:type="dxa"/>
            <w:vAlign w:val="center"/>
          </w:tcPr>
          <w:p w14:paraId="3D7098AF" w14:textId="1A51A2D5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2+0+0</w:t>
            </w:r>
          </w:p>
        </w:tc>
        <w:tc>
          <w:tcPr>
            <w:tcW w:w="567" w:type="dxa"/>
            <w:vAlign w:val="center"/>
          </w:tcPr>
          <w:p w14:paraId="239E48F1" w14:textId="28BB3025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S</w:t>
            </w:r>
          </w:p>
        </w:tc>
        <w:tc>
          <w:tcPr>
            <w:tcW w:w="3758" w:type="dxa"/>
            <w:vAlign w:val="center"/>
          </w:tcPr>
          <w:p w14:paraId="0A611773" w14:textId="2FDCA649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49CD5EB5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04.11.2026</w:t>
            </w:r>
          </w:p>
        </w:tc>
        <w:tc>
          <w:tcPr>
            <w:tcW w:w="1450" w:type="dxa"/>
            <w:vAlign w:val="center"/>
          </w:tcPr>
          <w:p w14:paraId="66B72DFA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14:15-15:15</w:t>
            </w:r>
          </w:p>
        </w:tc>
        <w:tc>
          <w:tcPr>
            <w:tcW w:w="1684" w:type="dxa"/>
          </w:tcPr>
          <w:p w14:paraId="1C6BC310" w14:textId="6FBEBBD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2B2E293D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0BF3C081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BBY4003</w:t>
            </w:r>
          </w:p>
        </w:tc>
        <w:tc>
          <w:tcPr>
            <w:tcW w:w="3119" w:type="dxa"/>
            <w:vAlign w:val="center"/>
          </w:tcPr>
          <w:p w14:paraId="212CC8A4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Konu Uzmanlığı</w:t>
            </w:r>
          </w:p>
        </w:tc>
        <w:tc>
          <w:tcPr>
            <w:tcW w:w="992" w:type="dxa"/>
            <w:vAlign w:val="center"/>
          </w:tcPr>
          <w:p w14:paraId="4E1A02C2" w14:textId="077DE498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56E8BBBE" w14:textId="403065CA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39775E1C" w14:textId="3EE41AC2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33623C34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06.11.2026</w:t>
            </w:r>
          </w:p>
        </w:tc>
        <w:tc>
          <w:tcPr>
            <w:tcW w:w="1450" w:type="dxa"/>
            <w:vAlign w:val="center"/>
          </w:tcPr>
          <w:p w14:paraId="5AAC5D2C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16:00-16:55</w:t>
            </w:r>
          </w:p>
        </w:tc>
        <w:tc>
          <w:tcPr>
            <w:tcW w:w="1684" w:type="dxa"/>
          </w:tcPr>
          <w:p w14:paraId="217F495D" w14:textId="4374CA22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55DD0771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24F0C255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BBY4005</w:t>
            </w:r>
          </w:p>
        </w:tc>
        <w:tc>
          <w:tcPr>
            <w:tcW w:w="3119" w:type="dxa"/>
            <w:vAlign w:val="center"/>
          </w:tcPr>
          <w:p w14:paraId="435C010F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Bilgi Mimarisi</w:t>
            </w:r>
          </w:p>
        </w:tc>
        <w:tc>
          <w:tcPr>
            <w:tcW w:w="992" w:type="dxa"/>
            <w:vAlign w:val="center"/>
          </w:tcPr>
          <w:p w14:paraId="3BA16F8C" w14:textId="03B74E66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3B411232" w14:textId="1BBDD5C5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4A63D4D1" w14:textId="4FE34EF4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72E828CB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04.11.2026</w:t>
            </w:r>
          </w:p>
        </w:tc>
        <w:tc>
          <w:tcPr>
            <w:tcW w:w="1450" w:type="dxa"/>
            <w:vAlign w:val="center"/>
          </w:tcPr>
          <w:p w14:paraId="4F71EFE7" w14:textId="578C084D" w:rsidR="00FF434F" w:rsidRPr="00330993" w:rsidRDefault="00244121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09:30</w:t>
            </w:r>
            <w:r w:rsidR="00FF434F" w:rsidRPr="00330993">
              <w:rPr>
                <w:rFonts w:ascii="Times New Roman" w:hAnsi="Times New Roman" w:cs="Times New Roman"/>
                <w:szCs w:val="20"/>
              </w:rPr>
              <w:t>-</w:t>
            </w:r>
            <w:r w:rsidRPr="00330993">
              <w:rPr>
                <w:rFonts w:ascii="Times New Roman" w:hAnsi="Times New Roman" w:cs="Times New Roman"/>
                <w:szCs w:val="20"/>
              </w:rPr>
              <w:t>10</w:t>
            </w:r>
            <w:r w:rsidR="00FF434F" w:rsidRPr="00330993">
              <w:rPr>
                <w:rFonts w:ascii="Times New Roman" w:hAnsi="Times New Roman" w:cs="Times New Roman"/>
                <w:szCs w:val="20"/>
              </w:rPr>
              <w:t>:</w:t>
            </w:r>
            <w:r w:rsidRPr="00330993">
              <w:rPr>
                <w:rFonts w:ascii="Times New Roman" w:hAnsi="Times New Roman" w:cs="Times New Roman"/>
                <w:szCs w:val="20"/>
              </w:rPr>
              <w:t>45</w:t>
            </w:r>
          </w:p>
        </w:tc>
        <w:tc>
          <w:tcPr>
            <w:tcW w:w="1684" w:type="dxa"/>
          </w:tcPr>
          <w:p w14:paraId="610D4A02" w14:textId="02DAC7A4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523E8037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1B73564A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BBY4007</w:t>
            </w:r>
          </w:p>
        </w:tc>
        <w:tc>
          <w:tcPr>
            <w:tcW w:w="3119" w:type="dxa"/>
            <w:vAlign w:val="center"/>
          </w:tcPr>
          <w:p w14:paraId="32C21F5D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Dijitalleştirme ve Dijital Koruma</w:t>
            </w:r>
          </w:p>
        </w:tc>
        <w:tc>
          <w:tcPr>
            <w:tcW w:w="992" w:type="dxa"/>
            <w:vAlign w:val="center"/>
          </w:tcPr>
          <w:p w14:paraId="5C39FB64" w14:textId="2A4754DB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3+0+0</w:t>
            </w:r>
          </w:p>
        </w:tc>
        <w:tc>
          <w:tcPr>
            <w:tcW w:w="567" w:type="dxa"/>
            <w:vAlign w:val="center"/>
          </w:tcPr>
          <w:p w14:paraId="376E058B" w14:textId="5CBEA2CF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Z</w:t>
            </w:r>
          </w:p>
        </w:tc>
        <w:tc>
          <w:tcPr>
            <w:tcW w:w="3758" w:type="dxa"/>
            <w:vAlign w:val="center"/>
          </w:tcPr>
          <w:p w14:paraId="12D773A6" w14:textId="5E58D59C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6E7C6C16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02.11.2026</w:t>
            </w:r>
          </w:p>
        </w:tc>
        <w:tc>
          <w:tcPr>
            <w:tcW w:w="1450" w:type="dxa"/>
            <w:vAlign w:val="center"/>
          </w:tcPr>
          <w:p w14:paraId="364B7E74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11:00-12:15</w:t>
            </w:r>
          </w:p>
        </w:tc>
        <w:tc>
          <w:tcPr>
            <w:tcW w:w="1684" w:type="dxa"/>
          </w:tcPr>
          <w:p w14:paraId="093F08BA" w14:textId="3AAA0236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5871A656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42C9A41C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BBY4009</w:t>
            </w:r>
          </w:p>
        </w:tc>
        <w:tc>
          <w:tcPr>
            <w:tcW w:w="3119" w:type="dxa"/>
            <w:vAlign w:val="center"/>
          </w:tcPr>
          <w:p w14:paraId="4CA98FC0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Bilgi Hizmetlerinin Pazarlanması</w:t>
            </w:r>
          </w:p>
        </w:tc>
        <w:tc>
          <w:tcPr>
            <w:tcW w:w="992" w:type="dxa"/>
            <w:vAlign w:val="center"/>
          </w:tcPr>
          <w:p w14:paraId="1FFCA0D4" w14:textId="66529DB0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2+0+0</w:t>
            </w:r>
          </w:p>
        </w:tc>
        <w:tc>
          <w:tcPr>
            <w:tcW w:w="567" w:type="dxa"/>
            <w:vAlign w:val="center"/>
          </w:tcPr>
          <w:p w14:paraId="39B2A3F5" w14:textId="1878BA8A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S</w:t>
            </w:r>
          </w:p>
        </w:tc>
        <w:tc>
          <w:tcPr>
            <w:tcW w:w="3758" w:type="dxa"/>
            <w:vAlign w:val="center"/>
          </w:tcPr>
          <w:p w14:paraId="1548B7A9" w14:textId="11079BE4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21BA9714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05.11.2026</w:t>
            </w:r>
          </w:p>
        </w:tc>
        <w:tc>
          <w:tcPr>
            <w:tcW w:w="1450" w:type="dxa"/>
            <w:vAlign w:val="center"/>
          </w:tcPr>
          <w:p w14:paraId="0E429516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13:00-14:00</w:t>
            </w:r>
          </w:p>
        </w:tc>
        <w:tc>
          <w:tcPr>
            <w:tcW w:w="1684" w:type="dxa"/>
          </w:tcPr>
          <w:p w14:paraId="2B5E3706" w14:textId="0FFE02E0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B-02</w:t>
            </w:r>
          </w:p>
        </w:tc>
      </w:tr>
      <w:tr w:rsidR="00FF434F" w:rsidRPr="00330993" w14:paraId="25B02AE8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1B07242F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BBY4011</w:t>
            </w:r>
          </w:p>
        </w:tc>
        <w:tc>
          <w:tcPr>
            <w:tcW w:w="3119" w:type="dxa"/>
            <w:vAlign w:val="center"/>
          </w:tcPr>
          <w:p w14:paraId="7C03EAF9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Semantik Bilgi Yönetimi</w:t>
            </w:r>
          </w:p>
        </w:tc>
        <w:tc>
          <w:tcPr>
            <w:tcW w:w="992" w:type="dxa"/>
            <w:vAlign w:val="center"/>
          </w:tcPr>
          <w:p w14:paraId="3D5A52BC" w14:textId="42D1BC06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2+0+0</w:t>
            </w:r>
          </w:p>
        </w:tc>
        <w:tc>
          <w:tcPr>
            <w:tcW w:w="567" w:type="dxa"/>
            <w:vAlign w:val="center"/>
          </w:tcPr>
          <w:p w14:paraId="4D24CEF0" w14:textId="6A9903B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S</w:t>
            </w:r>
          </w:p>
        </w:tc>
        <w:tc>
          <w:tcPr>
            <w:tcW w:w="3758" w:type="dxa"/>
            <w:vAlign w:val="center"/>
          </w:tcPr>
          <w:p w14:paraId="1823A275" w14:textId="488B2CF8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2A1C311B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03.11.2026</w:t>
            </w:r>
          </w:p>
        </w:tc>
        <w:tc>
          <w:tcPr>
            <w:tcW w:w="1450" w:type="dxa"/>
            <w:vAlign w:val="center"/>
          </w:tcPr>
          <w:p w14:paraId="1694A10B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13:00-14:00</w:t>
            </w:r>
          </w:p>
        </w:tc>
        <w:tc>
          <w:tcPr>
            <w:tcW w:w="1684" w:type="dxa"/>
          </w:tcPr>
          <w:p w14:paraId="5EF2DA5E" w14:textId="2F9773F2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  <w:tr w:rsidR="00FF434F" w:rsidRPr="00330993" w14:paraId="1D1B11A8" w14:textId="77777777" w:rsidTr="007E381A">
        <w:trPr>
          <w:trHeight w:val="300"/>
          <w:jc w:val="center"/>
        </w:trPr>
        <w:tc>
          <w:tcPr>
            <w:tcW w:w="1134" w:type="dxa"/>
            <w:vAlign w:val="center"/>
          </w:tcPr>
          <w:p w14:paraId="726AC931" w14:textId="7777777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b/>
                <w:szCs w:val="20"/>
              </w:rPr>
              <w:t>BBY4019</w:t>
            </w:r>
          </w:p>
        </w:tc>
        <w:tc>
          <w:tcPr>
            <w:tcW w:w="3119" w:type="dxa"/>
            <w:vAlign w:val="center"/>
          </w:tcPr>
          <w:p w14:paraId="05B53E83" w14:textId="77777777" w:rsidR="00FF434F" w:rsidRPr="00330993" w:rsidRDefault="00FF434F" w:rsidP="00FF434F">
            <w:pPr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Veri Madenciliği</w:t>
            </w:r>
          </w:p>
        </w:tc>
        <w:tc>
          <w:tcPr>
            <w:tcW w:w="992" w:type="dxa"/>
            <w:vAlign w:val="center"/>
          </w:tcPr>
          <w:p w14:paraId="152BD5AC" w14:textId="0E2FB488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2+0+0</w:t>
            </w:r>
          </w:p>
        </w:tc>
        <w:tc>
          <w:tcPr>
            <w:tcW w:w="567" w:type="dxa"/>
            <w:vAlign w:val="center"/>
          </w:tcPr>
          <w:p w14:paraId="4DB0F629" w14:textId="07FBEDD7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S</w:t>
            </w:r>
          </w:p>
        </w:tc>
        <w:tc>
          <w:tcPr>
            <w:tcW w:w="3758" w:type="dxa"/>
            <w:vAlign w:val="center"/>
          </w:tcPr>
          <w:p w14:paraId="18E05219" w14:textId="6EEB9A94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eastAsia="Times New Roman"/>
                <w:color w:val="000000"/>
                <w:szCs w:val="20"/>
                <w:lang w:eastAsia="tr-TR"/>
              </w:rPr>
              <w:t>Karma Test (çoktan seçmeli, açık uçlu vs.)</w:t>
            </w:r>
          </w:p>
        </w:tc>
        <w:tc>
          <w:tcPr>
            <w:tcW w:w="1400" w:type="dxa"/>
            <w:vAlign w:val="center"/>
          </w:tcPr>
          <w:p w14:paraId="70BA3C55" w14:textId="42641C64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0</w:t>
            </w:r>
            <w:r w:rsidR="00EF40C2">
              <w:rPr>
                <w:rFonts w:ascii="Times New Roman" w:hAnsi="Times New Roman" w:cs="Times New Roman"/>
                <w:szCs w:val="20"/>
              </w:rPr>
              <w:t>4</w:t>
            </w:r>
            <w:r w:rsidRPr="00330993">
              <w:rPr>
                <w:rFonts w:ascii="Times New Roman" w:hAnsi="Times New Roman" w:cs="Times New Roman"/>
                <w:szCs w:val="20"/>
              </w:rPr>
              <w:t>.11.2026</w:t>
            </w:r>
          </w:p>
        </w:tc>
        <w:tc>
          <w:tcPr>
            <w:tcW w:w="1450" w:type="dxa"/>
            <w:vAlign w:val="center"/>
          </w:tcPr>
          <w:p w14:paraId="33A96C03" w14:textId="7FDF4B6B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1</w:t>
            </w:r>
            <w:r w:rsidR="00EF40C2">
              <w:rPr>
                <w:rFonts w:ascii="Times New Roman" w:hAnsi="Times New Roman" w:cs="Times New Roman"/>
                <w:szCs w:val="20"/>
              </w:rPr>
              <w:t>3</w:t>
            </w:r>
            <w:r w:rsidRPr="00330993">
              <w:rPr>
                <w:rFonts w:ascii="Times New Roman" w:hAnsi="Times New Roman" w:cs="Times New Roman"/>
                <w:szCs w:val="20"/>
              </w:rPr>
              <w:t>:</w:t>
            </w:r>
            <w:r w:rsidR="00EF40C2">
              <w:rPr>
                <w:rFonts w:ascii="Times New Roman" w:hAnsi="Times New Roman" w:cs="Times New Roman"/>
                <w:szCs w:val="20"/>
              </w:rPr>
              <w:t>0</w:t>
            </w:r>
            <w:r w:rsidRPr="00330993">
              <w:rPr>
                <w:rFonts w:ascii="Times New Roman" w:hAnsi="Times New Roman" w:cs="Times New Roman"/>
                <w:szCs w:val="20"/>
              </w:rPr>
              <w:t>0-1</w:t>
            </w:r>
            <w:r w:rsidR="00EF40C2">
              <w:rPr>
                <w:rFonts w:ascii="Times New Roman" w:hAnsi="Times New Roman" w:cs="Times New Roman"/>
                <w:szCs w:val="20"/>
              </w:rPr>
              <w:t>4</w:t>
            </w:r>
            <w:r w:rsidRPr="00330993">
              <w:rPr>
                <w:rFonts w:ascii="Times New Roman" w:hAnsi="Times New Roman" w:cs="Times New Roman"/>
                <w:szCs w:val="20"/>
              </w:rPr>
              <w:t>:</w:t>
            </w:r>
            <w:r w:rsidR="00EF40C2">
              <w:rPr>
                <w:rFonts w:ascii="Times New Roman" w:hAnsi="Times New Roman" w:cs="Times New Roman"/>
                <w:szCs w:val="20"/>
              </w:rPr>
              <w:t>0</w:t>
            </w:r>
            <w:r w:rsidRPr="00330993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684" w:type="dxa"/>
          </w:tcPr>
          <w:p w14:paraId="05A16E8F" w14:textId="40AF76D4" w:rsidR="00FF434F" w:rsidRPr="00330993" w:rsidRDefault="00FF434F" w:rsidP="00FF434F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30993">
              <w:rPr>
                <w:rFonts w:ascii="Times New Roman" w:hAnsi="Times New Roman" w:cs="Times New Roman"/>
                <w:szCs w:val="20"/>
              </w:rPr>
              <w:t>B-204</w:t>
            </w:r>
          </w:p>
        </w:tc>
      </w:tr>
    </w:tbl>
    <w:p w14:paraId="7EE4B91D" w14:textId="076E8AD7" w:rsidR="000212B7" w:rsidRDefault="000212B7" w:rsidP="00625941"/>
    <w:sectPr w:rsidR="000212B7" w:rsidSect="00034616">
      <w:headerReference w:type="default" r:id="rId8"/>
      <w:footerReference w:type="default" r:id="rId9"/>
      <w:pgSz w:w="16838" w:h="11906" w:orient="landscape"/>
      <w:pgMar w:top="567" w:right="1367" w:bottom="567" w:left="1367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93202" w14:textId="77777777" w:rsidR="00FA2C60" w:rsidRPr="00330993" w:rsidRDefault="00FA2C60" w:rsidP="00625941">
      <w:pPr>
        <w:spacing w:line="240" w:lineRule="auto"/>
      </w:pPr>
      <w:r w:rsidRPr="00330993">
        <w:separator/>
      </w:r>
    </w:p>
  </w:endnote>
  <w:endnote w:type="continuationSeparator" w:id="0">
    <w:p w14:paraId="0A92FEC0" w14:textId="77777777" w:rsidR="00FA2C60" w:rsidRPr="00330993" w:rsidRDefault="00FA2C60" w:rsidP="00625941">
      <w:pPr>
        <w:spacing w:line="240" w:lineRule="auto"/>
      </w:pPr>
      <w:r w:rsidRPr="003309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39AC" w14:textId="22287E37" w:rsidR="00625941" w:rsidRPr="00330993" w:rsidRDefault="00625941" w:rsidP="00625941">
    <w:pPr>
      <w:jc w:val="center"/>
    </w:pPr>
    <w:r w:rsidRPr="00330993">
      <w:rPr>
        <w:b/>
        <w:sz w:val="22"/>
      </w:rPr>
      <w:t xml:space="preserve">Prof. Dr. </w:t>
    </w:r>
    <w:r w:rsidR="00CD08E0" w:rsidRPr="00330993">
      <w:rPr>
        <w:b/>
        <w:sz w:val="22"/>
      </w:rPr>
      <w:t>Erol YILMAZ</w:t>
    </w:r>
  </w:p>
  <w:p w14:paraId="07385B36" w14:textId="77777777" w:rsidR="00625941" w:rsidRPr="00330993" w:rsidRDefault="00625941" w:rsidP="00625941">
    <w:pPr>
      <w:jc w:val="center"/>
    </w:pPr>
    <w:r w:rsidRPr="00330993">
      <w:rPr>
        <w:b/>
        <w:sz w:val="22"/>
      </w:rPr>
      <w:t>Bilgi ve Belge Yönetimi Bölüm Başkanı</w:t>
    </w:r>
  </w:p>
  <w:p w14:paraId="39D0E4C6" w14:textId="77777777" w:rsidR="00625941" w:rsidRPr="00330993" w:rsidRDefault="0062594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F7AC7" w14:textId="77777777" w:rsidR="00FA2C60" w:rsidRPr="00330993" w:rsidRDefault="00FA2C60" w:rsidP="00625941">
      <w:pPr>
        <w:spacing w:line="240" w:lineRule="auto"/>
      </w:pPr>
      <w:r w:rsidRPr="00330993">
        <w:separator/>
      </w:r>
    </w:p>
  </w:footnote>
  <w:footnote w:type="continuationSeparator" w:id="0">
    <w:p w14:paraId="41470ECE" w14:textId="77777777" w:rsidR="00FA2C60" w:rsidRPr="00330993" w:rsidRDefault="00FA2C60" w:rsidP="00625941">
      <w:pPr>
        <w:spacing w:line="240" w:lineRule="auto"/>
      </w:pPr>
      <w:r w:rsidRPr="003309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071F6" w14:textId="3B86C549" w:rsidR="00625941" w:rsidRPr="00330993" w:rsidRDefault="00625941" w:rsidP="00625941">
    <w:pPr>
      <w:spacing w:after="120"/>
      <w:jc w:val="center"/>
    </w:pPr>
    <w:r w:rsidRPr="00330993">
      <w:rPr>
        <w:b/>
        <w:sz w:val="24"/>
      </w:rPr>
      <w:t>Bilgi ve Belge Yönetimi Bölümü 2026-2027 Güz Dönemi Ara Sınav Programı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0852070">
    <w:abstractNumId w:val="8"/>
  </w:num>
  <w:num w:numId="2" w16cid:durableId="631446953">
    <w:abstractNumId w:val="6"/>
  </w:num>
  <w:num w:numId="3" w16cid:durableId="1598832903">
    <w:abstractNumId w:val="5"/>
  </w:num>
  <w:num w:numId="4" w16cid:durableId="2025208119">
    <w:abstractNumId w:val="4"/>
  </w:num>
  <w:num w:numId="5" w16cid:durableId="1910799713">
    <w:abstractNumId w:val="7"/>
  </w:num>
  <w:num w:numId="6" w16cid:durableId="516042912">
    <w:abstractNumId w:val="3"/>
  </w:num>
  <w:num w:numId="7" w16cid:durableId="1014190100">
    <w:abstractNumId w:val="2"/>
  </w:num>
  <w:num w:numId="8" w16cid:durableId="1694963735">
    <w:abstractNumId w:val="1"/>
  </w:num>
  <w:num w:numId="9" w16cid:durableId="471674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2B7"/>
    <w:rsid w:val="00034616"/>
    <w:rsid w:val="0006063C"/>
    <w:rsid w:val="0015074B"/>
    <w:rsid w:val="0019738D"/>
    <w:rsid w:val="00244121"/>
    <w:rsid w:val="0029639D"/>
    <w:rsid w:val="002B3857"/>
    <w:rsid w:val="00326F90"/>
    <w:rsid w:val="00330993"/>
    <w:rsid w:val="004C0E06"/>
    <w:rsid w:val="004D3C86"/>
    <w:rsid w:val="004F29AC"/>
    <w:rsid w:val="005C5A12"/>
    <w:rsid w:val="00625941"/>
    <w:rsid w:val="006A41DD"/>
    <w:rsid w:val="006E5122"/>
    <w:rsid w:val="0078564E"/>
    <w:rsid w:val="007A025D"/>
    <w:rsid w:val="009B3339"/>
    <w:rsid w:val="00A71D3B"/>
    <w:rsid w:val="00AA1D8D"/>
    <w:rsid w:val="00B2587D"/>
    <w:rsid w:val="00B47730"/>
    <w:rsid w:val="00C34C54"/>
    <w:rsid w:val="00C74525"/>
    <w:rsid w:val="00CB0664"/>
    <w:rsid w:val="00CD08E0"/>
    <w:rsid w:val="00D14D07"/>
    <w:rsid w:val="00D620E9"/>
    <w:rsid w:val="00E62EB4"/>
    <w:rsid w:val="00EF40C2"/>
    <w:rsid w:val="00FA2C60"/>
    <w:rsid w:val="00FC693F"/>
    <w:rsid w:val="00FE161C"/>
    <w:rsid w:val="00FF4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D5AB08"/>
  <w14:defaultImageDpi w14:val="300"/>
  <w15:docId w15:val="{405B674D-333F-4DFB-8865-2AC17058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Calibri" w:eastAsia="Calibri" w:hAnsi="Calibri"/>
      <w:sz w:val="20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ZEYNEP NURBANU ARSLAN</cp:lastModifiedBy>
  <cp:revision>21</cp:revision>
  <dcterms:created xsi:type="dcterms:W3CDTF">2013-12-23T23:15:00Z</dcterms:created>
  <dcterms:modified xsi:type="dcterms:W3CDTF">2026-10-22T12:35:00Z</dcterms:modified>
  <cp:category/>
</cp:coreProperties>
</file>